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4L60E ProDemand Research Task Sheet</w:t>
      </w:r>
    </w:p>
    <w:p>
      <w:r>
        <w:rPr>
          <w:b w:val="0"/>
        </w:rPr>
        <w:t>Name __________________________  Class __________________  Date ______________</w:t>
      </w:r>
    </w:p>
    <w:p>
      <w:r>
        <w:rPr>
          <w:b/>
        </w:rPr>
        <w:t>Goal: Locate and document vehicle-specific transmission information. Suggested time: 90–120 minutes. Research only; do not perform vehicle tests.</w:t>
      </w:r>
    </w:p>
    <w:p>
      <w:r>
        <w:rPr>
          <w:b w:val="0"/>
        </w:rPr>
        <w:t>Choose one vehicle below with an automatic transmission. Confirm 4L60-E / RPO M30 in ProDemand before continuing. Record units and test conditions. Cite article titles or navigation paths; add task-numbered notes or screenshots when more space is needed. If information is unavailable, record where you searched.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36"/>
        <w:gridCol w:w="2160"/>
        <w:gridCol w:w="2016"/>
      </w:tblGrid>
      <w:tr>
        <w:trPr>
          <w:cantSplit/>
        </w:trPr>
        <w:tc>
          <w:tcPr>
            <w:tcW w:type="dxa" w:w="63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E6E6E6"/>
          </w:tcPr>
          <w:p>
            <w:pPr>
              <w:spacing w:after="0"/>
            </w:pPr>
            <w:r>
              <w:rPr>
                <w:b/>
                <w:sz w:val="19"/>
              </w:rPr>
              <w:t>Vehicle choices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E6E6E6"/>
          </w:tcPr>
          <w:p>
            <w:pPr>
              <w:spacing w:after="0"/>
            </w:pPr>
            <w:r>
              <w:rPr>
                <w:b/>
                <w:sz w:val="19"/>
              </w:rPr>
              <w:t>Engine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E6E6E6"/>
          </w:tcPr>
          <w:p>
            <w:pPr>
              <w:spacing w:after="0"/>
            </w:pPr>
            <w:r>
              <w:rPr>
                <w:b/>
                <w:sz w:val="19"/>
              </w:rPr>
              <w:t>Drive</w:t>
            </w:r>
          </w:p>
        </w:tc>
      </w:tr>
      <w:tr>
        <w:trPr>
          <w:cantSplit/>
        </w:trPr>
        <w:tc>
          <w:tcPr>
            <w:tcW w:type="dxa" w:w="63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2002 Chevrolet Camaro Z28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5.7 L V8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RWD</w:t>
            </w:r>
          </w:p>
        </w:tc>
      </w:tr>
      <w:tr>
        <w:trPr>
          <w:cantSplit/>
        </w:trPr>
        <w:tc>
          <w:tcPr>
            <w:tcW w:type="dxa" w:w="63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2002 Pontiac Firebird Trans Am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5.7 L V8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RWD</w:t>
            </w:r>
          </w:p>
        </w:tc>
      </w:tr>
      <w:tr>
        <w:trPr>
          <w:cantSplit/>
        </w:trPr>
        <w:tc>
          <w:tcPr>
            <w:tcW w:type="dxa" w:w="63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2003 Chevrolet Astro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4.3 L V6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RWD</w:t>
            </w:r>
          </w:p>
        </w:tc>
      </w:tr>
      <w:tr>
        <w:trPr>
          <w:cantSplit/>
        </w:trPr>
        <w:tc>
          <w:tcPr>
            <w:tcW w:type="dxa" w:w="63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2003 Chevrolet S10 pickup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4.3 L V6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2WD</w:t>
            </w:r>
          </w:p>
        </w:tc>
      </w:tr>
    </w:tbl>
    <w:p>
      <w:pPr>
        <w:pStyle w:val="Heading1"/>
      </w:pPr>
      <w:r>
        <w:t>1  Identify the selected application</w:t>
      </w:r>
    </w:p>
    <w:p>
      <w:r>
        <w:rPr>
          <w:b w:val="0"/>
        </w:rPr>
        <w:t>Year / make / model __________________________  Engine __________  Drive __________</w:t>
      </w:r>
    </w:p>
    <w:p>
      <w:r>
        <w:rPr>
          <w:b w:val="0"/>
        </w:rPr>
        <w:t>Transmission / RPO _____________  Where did you confirm the identification? ____________</w:t>
      </w:r>
    </w:p>
    <w:p>
      <w:r>
        <w:rPr>
          <w:b w:val="0"/>
        </w:rPr>
        <w:t>ProDemand article title or path: ____________________________________________________________</w:t>
      </w:r>
    </w:p>
    <w:p>
      <w:pPr>
        <w:pStyle w:val="Heading1"/>
      </w:pPr>
      <w:r>
        <w:t>2  Decode the transmission name and locate the ratios</w:t>
      </w:r>
    </w:p>
    <w:p>
      <w:r>
        <w:rPr>
          <w:b w:val="0"/>
        </w:rPr>
        <w:t>4 = _____________  L = _____________  60 = _____________  E = ______________</w:t>
      </w:r>
    </w:p>
    <w:p>
      <w:r>
        <w:rPr>
          <w:b w:val="0"/>
        </w:rPr>
        <w:t>Gear ratios   1st _________  2nd _________  3rd _________  4th _________  Reverse _________</w:t>
      </w:r>
    </w:p>
    <w:p>
      <w:r>
        <w:rPr>
          <w:b w:val="0"/>
        </w:rPr>
        <w:t>Which gear is overdrive, and why? _______________________________________________</w:t>
      </w:r>
    </w:p>
    <w:p>
      <w:r>
        <w:rPr>
          <w:b w:val="0"/>
        </w:rPr>
        <w:t>ProDemand article title or path: ____________________________________________________________</w:t>
      </w:r>
    </w:p>
    <w:p>
      <w:pPr>
        <w:pStyle w:val="Heading1"/>
      </w:pPr>
      <w:r>
        <w:t>3  Find fluid specifications and the level check procedure</w:t>
      </w:r>
    </w:p>
    <w:p>
      <w:r>
        <w:rPr>
          <w:b w:val="0"/>
        </w:rPr>
        <w:t>Specified fluid ___________________  Pan / filter refill __________  Total dry fill __________</w:t>
      </w:r>
    </w:p>
    <w:p>
      <w:r>
        <w:rPr>
          <w:b w:val="0"/>
        </w:rPr>
        <w:t>Is there updated fluid guidance or a superseding bulletin? ____________________________</w:t>
      </w:r>
    </w:p>
    <w:p>
      <w:r>
        <w:rPr>
          <w:b w:val="0"/>
        </w:rPr>
        <w:t>Level check: temperature __________  Engine state __________  Selector position ________</w:t>
      </w:r>
    </w:p>
    <w:p>
      <w:r>
        <w:rPr>
          <w:b w:val="0"/>
        </w:rPr>
        <w:t>Other preparation or required steps: ________________________________________________________</w:t>
      </w:r>
    </w:p>
    <w:p>
      <w:r>
        <w:rPr>
          <w:b w:val="0"/>
        </w:rPr>
        <w:t>ProDemand article title or path: ____________________________________________________________</w:t>
      </w:r>
    </w:p>
    <w:p>
      <w:pPr>
        <w:pStyle w:val="Heading1"/>
      </w:pPr>
      <w:r>
        <w:t>4  Locate service torque specifications</w:t>
      </w:r>
    </w:p>
    <w:p>
      <w:r>
        <w:rPr>
          <w:b w:val="0"/>
        </w:rPr>
        <w:t>Transmission pan bolts __________  Valve body bolts __________  Units _______________</w:t>
      </w:r>
    </w:p>
    <w:p>
      <w:r>
        <w:rPr>
          <w:b w:val="0"/>
        </w:rPr>
        <w:t>Torque converter to flexplate fasteners __________  Units ______  Special notes __________</w:t>
      </w:r>
    </w:p>
    <w:p>
      <w:r>
        <w:rPr>
          <w:b w:val="0"/>
        </w:rPr>
        <w:t>ProDemand article title or path: ____________________________________________________________</w:t>
      </w:r>
    </w:p>
    <w:p>
      <w:r>
        <w:br w:type="page"/>
      </w:r>
    </w:p>
    <w:p>
      <w:pPr>
        <w:pStyle w:val="Title"/>
      </w:pPr>
      <w:r>
        <w:t>4L60E Controls and Diagnosis</w:t>
      </w:r>
    </w:p>
    <w:p>
      <w:r>
        <w:rPr>
          <w:b w:val="0"/>
        </w:rPr>
        <w:t>Name __________________________  Selected vehicle ______________________________</w:t>
      </w:r>
    </w:p>
    <w:p>
      <w:pPr>
        <w:pStyle w:val="Heading1"/>
      </w:pPr>
      <w:r>
        <w:t>5  Find the shift solenoid operation chart</w:t>
      </w:r>
    </w:p>
    <w:p>
      <w:r>
        <w:t>Enter commanded ON / OFF states for the forward gears. Operating mode: 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1800"/>
        <w:gridCol w:w="1800"/>
        <w:gridCol w:w="1800"/>
        <w:gridCol w:w="1800"/>
      </w:tblGrid>
      <w:tr>
        <w:trPr>
          <w:cantSplit/>
        </w:trPr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E6E6E6"/>
          </w:tcPr>
          <w:p>
            <w:pPr>
              <w:spacing w:after="0"/>
            </w:pPr>
            <w:r>
              <w:rPr>
                <w:b/>
                <w:sz w:val="19"/>
              </w:rPr>
              <w:t>Solenoid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E6E6E6"/>
          </w:tcPr>
          <w:p>
            <w:pPr>
              <w:spacing w:after="0"/>
            </w:pPr>
            <w:r>
              <w:rPr>
                <w:b/>
                <w:sz w:val="19"/>
              </w:rPr>
              <w:t>1st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E6E6E6"/>
          </w:tcPr>
          <w:p>
            <w:pPr>
              <w:spacing w:after="0"/>
            </w:pPr>
            <w:r>
              <w:rPr>
                <w:b/>
                <w:sz w:val="19"/>
              </w:rPr>
              <w:t>2nd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E6E6E6"/>
          </w:tcPr>
          <w:p>
            <w:pPr>
              <w:spacing w:after="0"/>
            </w:pPr>
            <w:r>
              <w:rPr>
                <w:b/>
                <w:sz w:val="19"/>
              </w:rPr>
              <w:t>3rd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E6E6E6"/>
          </w:tcPr>
          <w:p>
            <w:pPr>
              <w:spacing w:after="0"/>
            </w:pPr>
            <w:r>
              <w:rPr>
                <w:b/>
                <w:sz w:val="19"/>
              </w:rPr>
              <w:t>4th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Shift solenoid A / 1–2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  <w:t>Shift solenoid B / 2–3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</w:tbl>
    <w:p>
      <w:r>
        <w:rPr>
          <w:b w:val="0"/>
        </w:rPr>
        <w:t>ProDemand article title or path: ____________________________________________________________</w:t>
      </w:r>
    </w:p>
    <w:p>
      <w:pPr>
        <w:pStyle w:val="Heading1"/>
      </w:pPr>
      <w:r>
        <w:t>6  Locate and interpret an electrical schematic</w:t>
      </w:r>
    </w:p>
    <w:p>
      <w:r>
        <w:rPr>
          <w:b w:val="0"/>
        </w:rPr>
        <w:t>Attach a labeled schematic or sketch. Mark the transmission power feed, its fuse, shift solenoids A and B, and their control module terminals.</w:t>
      </w:r>
    </w:p>
    <w:p>
      <w:r>
        <w:rPr>
          <w:b w:val="0"/>
        </w:rPr>
        <w:t>Fuse name / rating __________________  A terminal _________  B terminal _________</w:t>
      </w:r>
    </w:p>
    <w:p>
      <w:r>
        <w:rPr>
          <w:b w:val="0"/>
        </w:rPr>
        <w:t>Does the module switch power or ground for these solenoids? _________________________</w:t>
      </w:r>
    </w:p>
    <w:p>
      <w:r>
        <w:rPr>
          <w:b w:val="0"/>
        </w:rPr>
        <w:t>ProDemand article title or path: ____________________________________________________________</w:t>
      </w:r>
    </w:p>
    <w:p>
      <w:pPr>
        <w:pStyle w:val="Heading1"/>
      </w:pPr>
      <w:r>
        <w:t>7  Find component locations and a test specification</w:t>
      </w:r>
    </w:p>
    <w:p>
      <w:r>
        <w:rPr>
          <w:b w:val="0"/>
        </w:rPr>
        <w:t>Attach a component-location image. Label the pressure control solenoid, TCC PWM solenoid, and 3–2 control solenoid if used. Explain any application differences in your notes.</w:t>
      </w:r>
    </w:p>
    <w:p>
      <w:r>
        <w:rPr>
          <w:b w:val="0"/>
        </w:rPr>
        <w:t>Choose one solenoid: _____________  Resistance range _________  Test temperature ______</w:t>
      </w:r>
    </w:p>
    <w:p>
      <w:r>
        <w:rPr>
          <w:b w:val="0"/>
        </w:rPr>
        <w:t>Test terminals / connector __________________  Article title _________________________</w:t>
      </w:r>
    </w:p>
    <w:p>
      <w:pPr>
        <w:pStyle w:val="Heading1"/>
      </w:pPr>
      <w:r>
        <w:t>8  Research a line pressure test</w:t>
      </w:r>
    </w:p>
    <w:p>
      <w:r>
        <w:rPr>
          <w:b w:val="0"/>
        </w:rPr>
        <w:t>Pressure tap location ____________________  Required gauge range / tool ______________</w:t>
      </w:r>
    </w:p>
    <w:p>
      <w:r>
        <w:rPr>
          <w:b w:val="0"/>
        </w:rPr>
        <w:t>Record one specified range _________ (units) at selector position _________ and RPM ______</w:t>
      </w:r>
    </w:p>
    <w:p>
      <w:r>
        <w:rPr>
          <w:b w:val="0"/>
        </w:rPr>
        <w:t>Fluid temperature / command conditions ______________  Safety precaution ______________</w:t>
      </w:r>
    </w:p>
    <w:p>
      <w:r>
        <w:rPr>
          <w:b w:val="0"/>
        </w:rPr>
        <w:t>ProDemand article title or path: ____________________________________________________________</w:t>
      </w:r>
    </w:p>
    <w:p>
      <w:pPr>
        <w:pStyle w:val="Heading1"/>
      </w:pPr>
      <w:r>
        <w:t>9  Follow a diagnostic trouble code procedure</w:t>
      </w:r>
    </w:p>
    <w:p>
      <w:r>
        <w:rPr>
          <w:b w:val="0"/>
        </w:rPr>
        <w:t>Choose a transmission DTC listed for this vehicle. Code ________  Definition ______________</w:t>
      </w:r>
    </w:p>
    <w:p>
      <w:r>
        <w:rPr>
          <w:b w:val="0"/>
        </w:rPr>
        <w:t>One condition required for the code to set: _________________________________________________</w:t>
      </w:r>
    </w:p>
    <w:p>
      <w:r>
        <w:rPr>
          <w:b w:val="0"/>
        </w:rPr>
        <w:t>On attached notes, summarize the first three diagnostic checks and each expected result. Include the ProDemand procedure title. Do not assume the named component has failed.</w:t>
      </w:r>
    </w:p>
    <w:p>
      <w:pPr>
        <w:pStyle w:val="Heading1"/>
      </w:pPr>
      <w:r>
        <w:t>10  Find a bulletin and compare applications</w:t>
      </w:r>
    </w:p>
    <w:p>
      <w:r>
        <w:rPr>
          <w:b w:val="0"/>
        </w:rPr>
        <w:t>Locate one transmission-related TSB. Number / title __________________________________</w:t>
      </w:r>
    </w:p>
    <w:p>
      <w:r>
        <w:rPr>
          <w:b w:val="0"/>
        </w:rPr>
        <w:t>Symptom __________________  Applicable years / engines / RPOs _____________________</w:t>
      </w:r>
    </w:p>
    <w:p>
      <w:r>
        <w:rPr>
          <w:b w:val="0"/>
        </w:rPr>
        <w:t>On attached notes, summarize its correction. Then select a second vehicle from page 1 and compare one service specification with your first vehicle. Cite both sources, even if values match.</w:t>
      </w:r>
    </w:p>
    <w:p>
      <w:r>
        <w:rPr>
          <w:b/>
        </w:rPr>
        <w:t>Submit: completed sheet, labeled wiring and location images, diagnostic notes, and bulletin / comparison notes. Check that each answer matches your selected application.</w:t>
      </w:r>
    </w:p>
    <w:sectPr w:rsidR="00FC693F" w:rsidRPr="0006063C" w:rsidSect="00034616">
      <w:footerReference w:type="default" r:id="rId9"/>
      <w:pgSz w:w="12240" w:h="15840"/>
      <w:pgMar w:top="792" w:right="864" w:bottom="792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4L60E research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