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4L60E Transmission Research Task Sheet</w:t>
      </w:r>
    </w:p>
    <w:p>
      <w:r>
        <w:rPr>
          <w:b w:val="0"/>
        </w:rPr>
        <w:t>Name: __________________________________  Date: ______________  Class: ______________</w:t>
      </w:r>
    </w:p>
    <w:p>
      <w:r>
        <w:rPr>
          <w:b w:val="0"/>
        </w:rPr>
        <w:t>Directions: Choose one vehicle below. Use ProDemand or instructor-approved service information to answer each question. Confirm the selected vehicle has a 4L60-E. Record units and applicable test conditions. If information is unavailable, write “not listed” and identify the source checked.</w:t>
      </w:r>
    </w:p>
    <w:p>
      <w:r>
        <w:rPr>
          <w:b w:val="0"/>
        </w:rPr>
        <w:t>Vehicle choices: 2004 Chevrolet Silverado 1500, Tahoe, GMC Sierra 1500 or Yukon; 2003 Chevrolet TrailBlazer or S10; 2004 GMC Envoy; or an instructor-approved vehicle.</w:t>
      </w:r>
    </w:p>
    <w:p>
      <w:r>
        <w:rPr>
          <w:b w:val="0"/>
        </w:rPr>
        <w:t>Selected year / make / model: _________________________________________________________</w:t>
      </w:r>
    </w:p>
    <w:p>
      <w:r>
        <w:rPr>
          <w:b w:val="0"/>
        </w:rPr>
        <w:t>Engine: ____________________  Drive configuration: _____________  Transmission verified: ______</w:t>
      </w:r>
    </w:p>
    <w:p>
      <w:pPr>
        <w:pStyle w:val="Heading1"/>
      </w:pPr>
      <w:r>
        <w:t>A  Identification and General Specifications</w:t>
      </w:r>
    </w:p>
    <w:p>
      <w:pPr>
        <w:keepNext/>
      </w:pPr>
      <w:r>
        <w:rPr>
          <w:b w:val="0"/>
        </w:rPr>
        <w:t>1. What does each character in 4L60-E mean?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2. What is the GM RPO code for the 4L60-E?  ______________________</w:t>
      </w:r>
    </w:p>
    <w:p>
      <w:r>
        <w:rPr>
          <w:b w:val="0"/>
        </w:rPr>
        <w:t>3. What type of drive layout(s) can use this transmission?  ______________________</w:t>
      </w:r>
    </w:p>
    <w:p>
      <w:r>
        <w:rPr>
          <w:b w:val="0"/>
        </w:rPr>
        <w:t>4. What material is the transmission case made from?  ______________________</w:t>
      </w:r>
    </w:p>
    <w:p>
      <w:r>
        <w:rPr>
          <w:b w:val="0"/>
        </w:rPr>
        <w:t>5. What transmission was the 4L60-E developed from / preceded by?  ______________________</w:t>
      </w:r>
    </w:p>
    <w:p>
      <w:r>
        <w:rPr>
          <w:b w:val="0"/>
        </w:rPr>
        <w:t>6. Record the transmission identification/code information for your selected vehicle.  ______________________</w:t>
      </w:r>
    </w:p>
    <w:p>
      <w:pPr>
        <w:pStyle w:val="Heading1"/>
      </w:pPr>
      <w:r>
        <w:t>B  Gear Ratios and Power Flow</w:t>
      </w:r>
    </w:p>
    <w:p>
      <w:r>
        <w:rPr>
          <w:b w:val="0"/>
        </w:rPr>
        <w:t>Record each ratio and the applied friction or holding devices. Use the Drive range for forward gears; identify any conditions that affect device application.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440"/>
        <w:gridCol w:w="7128"/>
      </w:tblGrid>
      <w:tr>
        <w:trPr>
          <w:trHeight w:val="418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pPr>
              <w:spacing w:before="60" w:after="60"/>
            </w:pPr>
            <w:r>
              <w:rPr>
                <w:b/>
                <w:sz w:val="20"/>
              </w:rPr>
              <w:t>Gear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pPr>
              <w:spacing w:before="60" w:after="60"/>
            </w:pPr>
            <w:r>
              <w:rPr>
                <w:b/>
                <w:sz w:val="20"/>
              </w:rPr>
              <w:t>Ratio</w:t>
            </w:r>
          </w:p>
        </w:tc>
        <w:tc>
          <w:tcPr>
            <w:tcW w:type="dxa" w:w="71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pPr>
              <w:spacing w:before="60" w:after="60"/>
            </w:pPr>
            <w:r>
              <w:rPr>
                <w:b/>
                <w:sz w:val="20"/>
              </w:rPr>
              <w:t>Applied friction or holding devices</w:t>
            </w:r>
          </w:p>
        </w:tc>
      </w:tr>
      <w:tr>
        <w:trPr>
          <w:trHeight w:val="418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1st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7.</w:t>
            </w:r>
          </w:p>
        </w:tc>
        <w:tc>
          <w:tcPr>
            <w:tcW w:type="dxa" w:w="71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13.</w:t>
            </w:r>
          </w:p>
        </w:tc>
      </w:tr>
      <w:tr>
        <w:trPr>
          <w:trHeight w:val="418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2nd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8.</w:t>
            </w:r>
          </w:p>
        </w:tc>
        <w:tc>
          <w:tcPr>
            <w:tcW w:type="dxa" w:w="71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14.</w:t>
            </w:r>
          </w:p>
        </w:tc>
      </w:tr>
      <w:tr>
        <w:trPr>
          <w:trHeight w:val="418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3rd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9.</w:t>
            </w:r>
          </w:p>
        </w:tc>
        <w:tc>
          <w:tcPr>
            <w:tcW w:type="dxa" w:w="71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15.</w:t>
            </w:r>
          </w:p>
        </w:tc>
      </w:tr>
      <w:tr>
        <w:trPr>
          <w:trHeight w:val="418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4th / Overdrive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10.</w:t>
            </w:r>
          </w:p>
        </w:tc>
        <w:tc>
          <w:tcPr>
            <w:tcW w:type="dxa" w:w="71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16.</w:t>
            </w:r>
          </w:p>
        </w:tc>
      </w:tr>
      <w:tr>
        <w:trPr>
          <w:trHeight w:val="418"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Reverse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11.</w:t>
            </w:r>
          </w:p>
        </w:tc>
        <w:tc>
          <w:tcPr>
            <w:tcW w:type="dxa" w:w="71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17.</w:t>
            </w:r>
          </w:p>
        </w:tc>
      </w:tr>
    </w:tbl>
    <w:p>
      <w:r>
        <w:rPr>
          <w:b w:val="0"/>
        </w:rPr>
        <w:t>12. Which gear is direct drive (1.00:1)?  ______________________</w:t>
      </w:r>
    </w:p>
    <w:p>
      <w:r>
        <w:rPr>
          <w:b w:val="0"/>
        </w:rPr>
        <w:t>Source title / section: _________________________________________________________________</w:t>
      </w:r>
    </w:p>
    <w:p>
      <w:r>
        <w:br w:type="page"/>
      </w:r>
    </w:p>
    <w:p>
      <w:pPr>
        <w:pStyle w:val="Heading1"/>
      </w:pPr>
      <w:r>
        <w:t>C  Fluid Converter and Service Specifications</w:t>
      </w:r>
    </w:p>
    <w:p>
      <w:r>
        <w:rPr>
          <w:b w:val="0"/>
        </w:rPr>
        <w:t>18. What ATF specification is required for your selected vehicle?  ______________________</w:t>
      </w:r>
    </w:p>
    <w:p>
      <w:r>
        <w:rPr>
          <w:b w:val="0"/>
        </w:rPr>
        <w:t>19. What is the approximate total/dry fluid capacity?  ______________________</w:t>
      </w:r>
    </w:p>
    <w:p>
      <w:r>
        <w:rPr>
          <w:b w:val="0"/>
        </w:rPr>
        <w:t>20. What is the approximate refill capacity after pan/filter service?  ______________________</w:t>
      </w:r>
    </w:p>
    <w:p>
      <w:pPr>
        <w:keepNext/>
      </w:pPr>
      <w:r>
        <w:rPr>
          <w:b w:val="0"/>
        </w:rPr>
        <w:t>21. What torque-converter size/type is used with your selected vehicle?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22. What are the four basic phases of torque-converter operation?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23. Locate the transmission fluid level checking procedure. Summarize the required conditions.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24. Record the transmission pan bolt torque specification.  ______________________</w:t>
      </w:r>
    </w:p>
    <w:p>
      <w:pPr>
        <w:keepNext/>
      </w:pPr>
      <w:r>
        <w:rPr>
          <w:b w:val="0"/>
        </w:rPr>
        <w:t>25. Record the transmission filter/seal service information or replacement procedure reference.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pStyle w:val="Heading1"/>
      </w:pPr>
      <w:r>
        <w:t>D  Hydraulic and Mechanical Components</w:t>
      </w:r>
    </w:p>
    <w:p>
      <w:r>
        <w:rPr>
          <w:b w:val="0"/>
        </w:rPr>
        <w:t>26. What type of oil pump is used in the 4L60-E?  ______________________</w:t>
      </w:r>
    </w:p>
    <w:p>
      <w:pPr>
        <w:keepNext/>
      </w:pPr>
      <w:r>
        <w:rPr>
          <w:b w:val="0"/>
        </w:rPr>
        <w:t>27. What is the primary job of the transmission oil pump?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28. What component does the 2-4 band wrap around?  ______________________</w:t>
      </w:r>
    </w:p>
    <w:p>
      <w:r>
        <w:rPr>
          <w:b w:val="0"/>
        </w:rPr>
        <w:t>29. In which two forward gears is the 2-4 band applied?  ______________________</w:t>
      </w:r>
    </w:p>
    <w:p>
      <w:pPr>
        <w:keepNext/>
      </w:pPr>
      <w:r>
        <w:rPr>
          <w:b w:val="0"/>
        </w:rPr>
        <w:t>30. List the major planetary geartrain components.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31. What is the function of the reaction sun shell?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32. Locate the line-pressure test procedure. Record the pressure specification/range for Drive at idle.  ______________________</w:t>
      </w:r>
    </w:p>
    <w:p>
      <w:r>
        <w:rPr>
          <w:b w:val="0"/>
        </w:rPr>
        <w:t>33. Record the pressure specification/range for Reverse at idle.  ______________________</w:t>
      </w:r>
    </w:p>
    <w:p>
      <w:pPr>
        <w:keepNext/>
      </w:pPr>
      <w:r>
        <w:rPr>
          <w:b w:val="0"/>
        </w:rPr>
        <w:t>34. Where is the line-pressure test port located?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Pressure test conditions / source: _______________________________________________________</w:t>
      </w:r>
    </w:p>
    <w:p>
      <w:r>
        <w:rPr>
          <w:b w:val="0"/>
        </w:rPr>
        <w:t>Source title / section: _________________________________________________________________</w:t>
      </w:r>
    </w:p>
    <w:p>
      <w:r>
        <w:br w:type="page"/>
      </w:r>
    </w:p>
    <w:p>
      <w:pPr>
        <w:pStyle w:val="Heading1"/>
      </w:pPr>
      <w:r>
        <w:t>E  Electronic Controls and Diagnosis</w:t>
      </w:r>
    </w:p>
    <w:p>
      <w:pPr>
        <w:keepNext/>
      </w:pPr>
      <w:r>
        <w:rPr>
          <w:b w:val="0"/>
        </w:rPr>
        <w:t>35. List the major electronic solenoids/components located inside the transmission.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36–39. Record the ON or OFF state of each shift solenoid for each forward gear.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3888"/>
        <w:gridCol w:w="3888"/>
      </w:tblGrid>
      <w:tr>
        <w:trPr>
          <w:trHeight w:val="418"/>
        </w:trPr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pPr>
              <w:spacing w:before="60" w:after="60"/>
            </w:pPr>
            <w:r>
              <w:rPr>
                <w:b/>
                <w:sz w:val="20"/>
              </w:rPr>
              <w:t>Question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pPr>
              <w:spacing w:before="60" w:after="60"/>
            </w:pPr>
            <w:r>
              <w:rPr>
                <w:b/>
                <w:sz w:val="20"/>
              </w:rPr>
              <w:t>Gear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pPr>
              <w:spacing w:before="60" w:after="60"/>
            </w:pPr>
            <w:r>
              <w:rPr>
                <w:b/>
                <w:sz w:val="20"/>
              </w:rPr>
              <w:t>Shift Solenoid A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pPr>
              <w:spacing w:before="60" w:after="60"/>
            </w:pPr>
            <w:r>
              <w:rPr>
                <w:b/>
                <w:sz w:val="20"/>
              </w:rPr>
              <w:t>Shift Solenoid B</w:t>
            </w:r>
          </w:p>
        </w:tc>
      </w:tr>
      <w:tr>
        <w:trPr>
          <w:trHeight w:val="418"/>
        </w:trPr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36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1st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18"/>
        </w:trPr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37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2nd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18"/>
        </w:trPr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38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3rd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418"/>
        </w:trPr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39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4th</w:t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20"/>
              </w:rPr>
            </w:r>
          </w:p>
        </w:tc>
      </w:tr>
    </w:tbl>
    <w:p>
      <w:pPr>
        <w:keepNext/>
      </w:pPr>
      <w:r>
        <w:rPr>
          <w:b w:val="0"/>
        </w:rPr>
        <w:t>40. What is the job of the EPC / Pressure Control Solenoid?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41. Record the specified resistance for Shift Solenoid A.  ______________________</w:t>
      </w:r>
    </w:p>
    <w:p>
      <w:r>
        <w:rPr>
          <w:b w:val="0"/>
        </w:rPr>
        <w:t>42. Record the specified resistance for Shift Solenoid B.  ______________________</w:t>
      </w:r>
    </w:p>
    <w:p>
      <w:r>
        <w:rPr>
          <w:b w:val="0"/>
        </w:rPr>
        <w:t>43. Record the specified resistance for the EPC/PCS, if provided.  ______________________</w:t>
      </w:r>
    </w:p>
    <w:p>
      <w:r>
        <w:rPr>
          <w:b w:val="0"/>
        </w:rPr>
        <w:t>Resistance test temperature / conditions: __________________________________________________</w:t>
      </w:r>
    </w:p>
    <w:p>
      <w:r>
        <w:rPr>
          <w:b w:val="0"/>
        </w:rPr>
        <w:t>44. What sensor provides transmission-fluid temperature information?  ______________________</w:t>
      </w:r>
    </w:p>
    <w:p>
      <w:r>
        <w:rPr>
          <w:b w:val="0"/>
        </w:rPr>
        <w:t>45. What sensor/signal provides transmission/output speed information?  ______________________</w:t>
      </w:r>
    </w:p>
    <w:p>
      <w:pPr>
        <w:pStyle w:val="Heading1"/>
      </w:pPr>
      <w:r>
        <w:t>F  Diagnostic Research</w:t>
      </w:r>
    </w:p>
    <w:p>
      <w:pPr>
        <w:keepNext/>
      </w:pPr>
      <w:r>
        <w:rPr>
          <w:b w:val="0"/>
        </w:rPr>
        <w:t>46. Find ONE 4L60-E related DTC for a shift-solenoid fault. Code: ______  Definition: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47. Find ONE DTC related to torque-converter clutch operation. Code: ______  Definition: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48. Find ONE DTC related to transmission pressure control. Code: ______  Definition: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49. Choose one DTC above. Record the code and list two possible causes.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50. For the same DTC, list the first diagnostic test/check recommended by service information.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51. Locate the transmission electrical connector/pinout. How many terminals/pins are shown?  ______________________</w:t>
      </w:r>
    </w:p>
    <w:p>
      <w:pPr>
        <w:keepNext/>
      </w:pPr>
      <w:r>
        <w:rPr>
          <w:b w:val="0"/>
        </w:rPr>
        <w:t>52. Identify the circuits for Shift Solenoid A and Shift Solenoid B at the transmission connector.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Source title / section: _________________________________________________________________</w:t>
      </w:r>
    </w:p>
    <w:p>
      <w:r>
        <w:br w:type="page"/>
      </w:r>
    </w:p>
    <w:p>
      <w:pPr>
        <w:pStyle w:val="Heading1"/>
      </w:pPr>
      <w:r>
        <w:t>G  Common Failure and Inspection Research</w:t>
      </w:r>
    </w:p>
    <w:p>
      <w:pPr>
        <w:keepNext/>
      </w:pPr>
      <w:r>
        <w:rPr>
          <w:b w:val="0"/>
        </w:rPr>
        <w:t>53. Research a common 3-4 clutch failure. List one likely symptom.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54. What could low line pressure cause inside the transmission?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55. Research a reaction sun shell failure. List one likely symptom.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56. What signs of damage or contamination should be checked in the pan during service?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57. List THREE components you would inspect closely during a 4L60-E teardown.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pStyle w:val="Heading1"/>
      </w:pPr>
      <w:r>
        <w:t>H  Technician Summary</w:t>
      </w:r>
    </w:p>
    <w:p>
      <w:pPr>
        <w:keepNext/>
      </w:pPr>
      <w:r>
        <w:rPr>
          <w:b w:val="0"/>
        </w:rPr>
        <w:t>58. In 2–3 sentences, explain how the 4L60-E changes gears using both hydraulic pressure and electronic control.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keepNext/>
      </w:pPr>
      <w:r>
        <w:rPr>
          <w:b w:val="0"/>
        </w:rPr>
        <w:t>59. Based on your research, which specification or component is most important when diagnosing this transmission? Explain why.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pPr>
        <w:spacing w:after="80" w:line="320" w:lineRule="exact"/>
      </w:pPr>
      <w:r>
        <w:rPr>
          <w:b w:val="0"/>
          <w:color w:val="999999"/>
          <w:sz w:val="18"/>
        </w:rPr>
        <w:t>____________________________________________________________________________________________________</w:t>
      </w:r>
    </w:p>
    <w:p>
      <w:r>
        <w:rPr>
          <w:b w:val="0"/>
        </w:rPr>
        <w:t>Source title / section: _________________________________________________________________</w:t>
      </w:r>
    </w:p>
    <w:p>
      <w:r>
        <w:rPr>
          <w:b w:val="0"/>
        </w:rPr>
        <w:t>Instructor check:  Research complete ____  Service information verified ____  Score: _____ / _____</w:t>
      </w:r>
    </w:p>
    <w:p>
      <w:r>
        <w:rPr>
          <w:b w:val="0"/>
        </w:rPr>
        <w:t>Instructor comments: 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4L60-E  |  STUDENT RESEARCH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