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Chapter 35: Clutch Systems</w:t>
        <w:br/>
      </w:r>
      <w:r>
        <w:rPr>
          <w:b/>
          <w:sz w:val="28"/>
        </w:rPr>
        <w:t>Student Guided Notes Worksheet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Class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Period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Learning Objectives</w:t>
      </w:r>
    </w:p>
    <w:p>
      <w:pPr>
        <w:spacing w:after="40"/>
      </w:pPr>
      <w:r>
        <w:t>☐ LO 35-1: Describe clutch principles.</w:t>
      </w:r>
    </w:p>
    <w:p>
      <w:pPr>
        <w:spacing w:after="40"/>
      </w:pPr>
      <w:r>
        <w:t>☐ LO 35-2: Describe the purpose and design of clutch components.</w:t>
      </w:r>
    </w:p>
    <w:p>
      <w:pPr>
        <w:spacing w:after="40"/>
      </w:pPr>
      <w:r>
        <w:t>☐ LO 35-3: Describe clutch operating mechanisms.</w:t>
      </w:r>
    </w:p>
    <w:p>
      <w:pPr>
        <w:spacing w:after="40"/>
      </w:pPr>
      <w:r>
        <w:t>☐ LO 35-4: Perform clutch maintenance.</w:t>
      </w:r>
    </w:p>
    <w:p>
      <w:pPr>
        <w:spacing w:after="40"/>
      </w:pPr>
      <w:r>
        <w:t>☐ LO 35-5: Diagnose clutch issues.</w:t>
      </w:r>
    </w:p>
    <w:p>
      <w:pPr>
        <w:spacing w:after="40"/>
      </w:pPr>
      <w:r>
        <w:t>☐ LO 35-6: Perform a clutch replacement.</w:t>
      </w:r>
    </w:p>
    <w:p>
      <w:pPr>
        <w:pStyle w:val="Heading1"/>
      </w:pPr>
      <w:r>
        <w:t>LO 35-1: Clutch Principles</w:t>
      </w:r>
    </w:p>
    <w:p>
      <w:pPr>
        <w:spacing w:after="40"/>
        <w:ind w:left="259" w:hanging="259"/>
      </w:pPr>
      <w:r>
        <w:t xml:space="preserve">1. </w:t>
      </w:r>
      <w:r>
        <w:t>A clutch engages the engine to the ____________________________ and transmits torque.</w:t>
      </w:r>
    </w:p>
    <w:p>
      <w:pPr>
        <w:spacing w:after="40"/>
        <w:ind w:left="259" w:hanging="259"/>
      </w:pPr>
      <w:r>
        <w:t xml:space="preserve">2. </w:t>
      </w:r>
      <w:r>
        <w:t>A dry clutch uses ____________________________ to transmit torque in many manual transmissions.</w:t>
      </w:r>
    </w:p>
    <w:p>
      <w:pPr>
        <w:spacing w:after="40"/>
        <w:ind w:left="259" w:hanging="259"/>
      </w:pPr>
      <w:r>
        <w:t xml:space="preserve">3. </w:t>
      </w:r>
      <w:r>
        <w:t>Wet clutches run in ____________________________ fluid and are common in automatic transmissions.</w:t>
      </w:r>
    </w:p>
    <w:p>
      <w:pPr>
        <w:spacing w:after="40"/>
        <w:ind w:left="259" w:hanging="259"/>
      </w:pPr>
      <w:r>
        <w:t xml:space="preserve">4. </w:t>
      </w:r>
      <w:r>
        <w:t>Four torque-capacity factors are coefficient of friction, diameter, number of discs, and total ____________________________ spring force.</w:t>
      </w:r>
    </w:p>
    <w:p>
      <w:pPr>
        <w:spacing w:after="40"/>
        <w:ind w:left="259" w:hanging="259"/>
      </w:pPr>
      <w:r>
        <w:t xml:space="preserve">5. </w:t>
      </w:r>
      <w:r>
        <w:t>Increasing clutch diameter increases leverage and torque ____________________________.</w:t>
      </w:r>
    </w:p>
    <w:p>
      <w:pPr>
        <w:spacing w:after="40"/>
        <w:ind w:left="259" w:hanging="259"/>
      </w:pPr>
      <w:r>
        <w:t xml:space="preserve">6. </w:t>
      </w:r>
      <w:r>
        <w:t>In low gear, input shaft speed is high, output shaft speed is low, and output shaft torque ____________________________.</w:t>
      </w:r>
    </w:p>
    <w:p>
      <w:pPr>
        <w:spacing w:after="40"/>
        <w:ind w:left="259" w:hanging="259"/>
      </w:pPr>
      <w:r>
        <w:t xml:space="preserve">7. </w:t>
      </w:r>
      <w:r>
        <w:t>During gear transitioning, the relative speeds of the input or output shaft must ____________________________.</w:t>
      </w:r>
    </w:p>
    <w:p>
      <w:pPr>
        <w:spacing w:after="40"/>
        <w:ind w:left="259" w:hanging="259"/>
      </w:pPr>
      <w:r>
        <w:t xml:space="preserve">8. </w:t>
      </w:r>
      <w:r>
        <w:t>The transmission output shaft is connected directly to the ____________________________.</w:t>
      </w:r>
    </w:p>
    <w:p>
      <w:pPr>
        <w:pStyle w:val="Heading1"/>
      </w:pPr>
      <w:r>
        <w:t>LO 35-2: Component Matching</w:t>
      </w:r>
    </w:p>
    <w:p>
      <w:pPr>
        <w:spacing w:after="40"/>
      </w:pPr>
      <w:r>
        <w:t>Directions: Match each term to the best description.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r/>
            <w:r>
              <w:rPr>
                <w:b/>
                <w:sz w:val="18"/>
              </w:rPr>
              <w:t>Answer</w:t>
            </w:r>
          </w:p>
        </w:tc>
        <w:tc>
          <w:tcPr>
            <w:tcW w:type="dxa" w:w="3456"/>
            <w:vAlign w:val="center"/>
            <w:shd w:fill="D9EAF7"/>
          </w:tcPr>
          <w:p>
            <w:r/>
            <w:r>
              <w:rPr>
                <w:b/>
                <w:sz w:val="18"/>
              </w:rPr>
              <w:t>Term</w:t>
            </w:r>
          </w:p>
        </w:tc>
        <w:tc>
          <w:tcPr>
            <w:tcW w:type="dxa" w:w="3456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 Choices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Flywheel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A. Smooths power pulses, stores energy, and provides a friction surface.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Clutch Disc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B. Driven friction disc with splined hub attached to the input shaft.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Pressure Plate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C. Provides clamping force so torque can be transmitted.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Throw-out Bearing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D. Works with the fork to compress pressure plate springs.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Clutch Fork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E. Connects bearing thrust face with pressure plate levers/fingers.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Pilot Bearing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F. Supports and aligns the transmission input shaft snout.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Dual-mass Flywheel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G. Absorbs torsional crankshaft vibrations and improves smoothness.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Waved Spring Segments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8"/>
              </w:rPr>
              <w:t>H. Allow progressive application and smoother clutch engagement.</w:t>
            </w:r>
          </w:p>
        </w:tc>
      </w:tr>
    </w:tbl>
    <w:p/>
    <w:p>
      <w:pPr>
        <w:pStyle w:val="Heading1"/>
      </w:pPr>
      <w:r>
        <w:t>LO 35-2: Purpose and Design of Components</w:t>
      </w:r>
    </w:p>
    <w:p>
      <w:pPr>
        <w:spacing w:after="40"/>
        <w:ind w:left="259" w:hanging="259"/>
      </w:pPr>
      <w:r>
        <w:t xml:space="preserve">1. </w:t>
      </w:r>
      <w:r>
        <w:t>A flywheel is bolted to the rear of the ____________________________.</w:t>
      </w:r>
    </w:p>
    <w:p>
      <w:pPr>
        <w:spacing w:after="40"/>
        <w:ind w:left="259" w:hanging="259"/>
      </w:pPr>
      <w:r>
        <w:t xml:space="preserve">2. </w:t>
      </w:r>
      <w:r>
        <w:t>A heavy flywheel slows engine acceleration, while a lighter flywheel is easier to ____________________________.</w:t>
      </w:r>
    </w:p>
    <w:p>
      <w:pPr>
        <w:spacing w:after="40"/>
        <w:ind w:left="259" w:hanging="259"/>
      </w:pPr>
      <w:r>
        <w:t xml:space="preserve">3. </w:t>
      </w:r>
      <w:r>
        <w:t>The starter ring gear meshes with the starter motor drive ____________________________.</w:t>
      </w:r>
    </w:p>
    <w:p>
      <w:pPr>
        <w:spacing w:after="40"/>
        <w:ind w:left="259" w:hanging="259"/>
      </w:pPr>
      <w:r>
        <w:t xml:space="preserve">4. </w:t>
      </w:r>
      <w:r>
        <w:t>A stepped flywheel has a recessed friction ____________________________.</w:t>
      </w:r>
    </w:p>
    <w:p>
      <w:pPr>
        <w:spacing w:after="40"/>
        <w:ind w:left="259" w:hanging="259"/>
      </w:pPr>
      <w:r>
        <w:t xml:space="preserve">5. </w:t>
      </w:r>
      <w:r>
        <w:t>A diaphragm pressure plate uses a diaphragm ____________________________ to create/release clamping force.</w:t>
      </w:r>
    </w:p>
    <w:p>
      <w:pPr>
        <w:spacing w:after="40"/>
        <w:ind w:left="259" w:hanging="259"/>
      </w:pPr>
      <w:r>
        <w:t xml:space="preserve">6. </w:t>
      </w:r>
      <w:r>
        <w:t>Coil spring pressure plates use release levers to release the clutch ____________________________.</w:t>
      </w:r>
    </w:p>
    <w:p>
      <w:pPr>
        <w:spacing w:after="40"/>
        <w:ind w:left="259" w:hanging="259"/>
      </w:pPr>
      <w:r>
        <w:t xml:space="preserve">7. </w:t>
      </w:r>
      <w:r>
        <w:t>Multi-plate clutches increase torque capacity by adding ____________________________ area.</w:t>
      </w:r>
    </w:p>
    <w:p>
      <w:pPr>
        <w:spacing w:after="40"/>
        <w:ind w:left="259" w:hanging="259"/>
      </w:pPr>
      <w:r>
        <w:t xml:space="preserve">8. </w:t>
      </w:r>
      <w:r>
        <w:t>A collar-style slave cylinder fits around the input shaft and acts directly on the ____________________________ bearing.</w:t>
      </w:r>
    </w:p>
    <w:p>
      <w:pPr>
        <w:spacing w:after="40"/>
        <w:ind w:left="259" w:hanging="259"/>
      </w:pPr>
      <w:r>
        <w:t xml:space="preserve">9. </w:t>
      </w:r>
      <w:r>
        <w:t>Pilot bearings may be brass/bronze bushings, needle-type bearings, or ____________________________-type bearings.</w:t>
      </w:r>
    </w:p>
    <w:p>
      <w:pPr>
        <w:pStyle w:val="Heading1"/>
      </w:pPr>
      <w:r>
        <w:t>Clutch Operating Mechanisms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System Type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Main Parts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Strength/Advantage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Important Service Note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Linkage style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Cable style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Hydraulic style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Heading1"/>
      </w:pPr>
      <w:r>
        <w:t>LO 35-4: Clutch Maintenance</w:t>
      </w:r>
    </w:p>
    <w:p>
      <w:pPr>
        <w:spacing w:after="40"/>
        <w:ind w:left="259" w:hanging="259"/>
      </w:pPr>
      <w:r>
        <w:t xml:space="preserve">1. </w:t>
      </w:r>
      <w:r>
        <w:t>Clutch maintenance includes checking cable/linkage systems for free play and ____________________________.</w:t>
      </w:r>
    </w:p>
    <w:p>
      <w:pPr>
        <w:spacing w:after="40"/>
        <w:ind w:left="259" w:hanging="259"/>
      </w:pPr>
      <w:r>
        <w:t xml:space="preserve">2. </w:t>
      </w:r>
      <w:r>
        <w:t>Hydraulic clutches should be checked for fluid condition, needed flushes, and ____________________________.</w:t>
      </w:r>
    </w:p>
    <w:p>
      <w:pPr>
        <w:spacing w:after="40"/>
        <w:ind w:left="259" w:hanging="259"/>
      </w:pPr>
      <w:r>
        <w:t xml:space="preserve">3. </w:t>
      </w:r>
      <w:r>
        <w:t>Older clutch linings may contain ____________________________, a carcinogen.</w:t>
      </w:r>
    </w:p>
    <w:p>
      <w:pPr>
        <w:spacing w:after="40"/>
        <w:ind w:left="259" w:hanging="259"/>
      </w:pPr>
      <w:r>
        <w:t xml:space="preserve">4. </w:t>
      </w:r>
      <w:r>
        <w:t>A ____________________________ jack supports the transmission during removal/installation.</w:t>
      </w:r>
    </w:p>
    <w:p>
      <w:pPr>
        <w:spacing w:after="40"/>
        <w:ind w:left="259" w:hanging="259"/>
      </w:pPr>
      <w:r>
        <w:t xml:space="preserve">5. </w:t>
      </w:r>
      <w:r>
        <w:t>A dial indicator can measure runout and crankshaft end ____________________________.</w:t>
      </w:r>
    </w:p>
    <w:p>
      <w:pPr>
        <w:spacing w:after="40"/>
        <w:ind w:left="259" w:hanging="259"/>
      </w:pPr>
      <w:r>
        <w:t xml:space="preserve">6. </w:t>
      </w:r>
      <w:r>
        <w:t>A clutch alignment tool centers the clutch ____________________________ during installation.</w:t>
      </w:r>
    </w:p>
    <w:p>
      <w:pPr>
        <w:spacing w:after="40"/>
        <w:ind w:left="259" w:hanging="259"/>
      </w:pPr>
      <w:r>
        <w:t xml:space="preserve">7. </w:t>
      </w:r>
      <w:r>
        <w:t>Too little free play can keep the throw-out bearing in contact with pressure plate ____________________________.</w:t>
      </w:r>
    </w:p>
    <w:p>
      <w:pPr>
        <w:spacing w:after="40"/>
        <w:ind w:left="259" w:hanging="259"/>
      </w:pPr>
      <w:r>
        <w:t xml:space="preserve">8. </w:t>
      </w:r>
      <w:r>
        <w:t>Too much free play can cause gears to clash or ____________________________ when shifting.</w:t>
      </w:r>
    </w:p>
    <w:p>
      <w:pPr>
        <w:spacing w:after="40"/>
        <w:ind w:left="259" w:hanging="259"/>
      </w:pPr>
      <w:r>
        <w:t xml:space="preserve">9. </w:t>
      </w:r>
      <w:r>
        <w:t>Common clutch hydraulic bleeding methods include gravity, manual, and pressure/____________________________ bleeding.</w:t>
      </w:r>
    </w:p>
    <w:p>
      <w:pPr>
        <w:pStyle w:val="Heading1"/>
      </w:pPr>
      <w:r>
        <w:t>Clutch Diagnosis Chart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Complaint/Symptom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What the driver may notice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Possible Cause</w:t>
            </w:r>
          </w:p>
        </w:tc>
        <w:tc>
          <w:tcPr>
            <w:tcW w:type="dxa" w:w="2592"/>
            <w:vAlign w:val="center"/>
            <w:shd w:fill="D9EAF7"/>
          </w:tcPr>
          <w:p>
            <w:r/>
            <w:r>
              <w:rPr>
                <w:b/>
                <w:sz w:val="18"/>
              </w:rPr>
              <w:t>Inspection/Test Direction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Slippage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Binding/Drag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Pedal pulsation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Chatter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Throw-out bearing noise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  <w:t>Pilot bearing noise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Heading1"/>
      </w:pPr>
      <w:r>
        <w:t>LO 35-6: Clutch Replacement</w:t>
      </w:r>
    </w:p>
    <w:p>
      <w:pPr>
        <w:spacing w:after="40"/>
        <w:ind w:left="259" w:hanging="259"/>
      </w:pPr>
      <w:r>
        <w:t xml:space="preserve">1. </w:t>
      </w:r>
      <w:r>
        <w:t>Replacing a clutch requires removal of the transmission or ____________________________.</w:t>
      </w:r>
    </w:p>
    <w:p>
      <w:pPr>
        <w:spacing w:after="40"/>
        <w:ind w:left="259" w:hanging="259"/>
      </w:pPr>
      <w:r>
        <w:t xml:space="preserve">2. </w:t>
      </w:r>
      <w:r>
        <w:t>When disassembling a clutch, loosen pressure plate bolts gradually in a ____________________________ pattern.</w:t>
      </w:r>
    </w:p>
    <w:p>
      <w:pPr>
        <w:spacing w:after="40"/>
        <w:ind w:left="259" w:hanging="259"/>
      </w:pPr>
      <w:r>
        <w:t xml:space="preserve">3. </w:t>
      </w:r>
      <w:r>
        <w:t>Clutch disc discoloration may show burns caused by clutch ____________________________.</w:t>
      </w:r>
    </w:p>
    <w:p>
      <w:pPr>
        <w:spacing w:after="40"/>
        <w:ind w:left="259" w:hanging="259"/>
      </w:pPr>
      <w:r>
        <w:t xml:space="preserve">4. </w:t>
      </w:r>
      <w:r>
        <w:t>Flywheel inspection includes checking for bluing, hot spots, and ____________________________.</w:t>
      </w:r>
    </w:p>
    <w:p>
      <w:pPr>
        <w:spacing w:after="40"/>
        <w:ind w:left="259" w:hanging="259"/>
      </w:pPr>
      <w:r>
        <w:t xml:space="preserve">5. </w:t>
      </w:r>
      <w:r>
        <w:t>Flywheel runout is measured with a ____________________________ indicator.</w:t>
      </w:r>
    </w:p>
    <w:p>
      <w:pPr>
        <w:spacing w:after="40"/>
        <w:ind w:left="259" w:hanging="259"/>
      </w:pPr>
      <w:r>
        <w:t xml:space="preserve">6. </w:t>
      </w:r>
      <w:r>
        <w:t>Crankshaft end play is forward/rearward movement of the ____________________________.</w:t>
      </w:r>
    </w:p>
    <w:p>
      <w:pPr>
        <w:spacing w:after="40"/>
        <w:ind w:left="259" w:hanging="259"/>
      </w:pPr>
      <w:r>
        <w:t xml:space="preserve">7. </w:t>
      </w:r>
      <w:r>
        <w:t>Alignment ____________________________ line up the transmission and engine.</w:t>
      </w:r>
    </w:p>
    <w:p>
      <w:pPr>
        <w:spacing w:after="40"/>
        <w:ind w:left="259" w:hanging="259"/>
      </w:pPr>
      <w:r>
        <w:t xml:space="preserve">8. </w:t>
      </w:r>
      <w:r>
        <w:t>The clutch disc may be directional and should be installed in the correct ____________________________.</w:t>
      </w:r>
    </w:p>
    <w:p>
      <w:pPr>
        <w:spacing w:after="40"/>
        <w:ind w:left="259" w:hanging="259"/>
      </w:pPr>
      <w:r>
        <w:t xml:space="preserve">9. </w:t>
      </w:r>
      <w:r>
        <w:t>After installation, the vehicle should be test-driven to confirm clutch ____________________________.</w:t>
      </w:r>
    </w:p>
    <w:p>
      <w:pPr>
        <w:pStyle w:val="Heading1"/>
      </w:pPr>
      <w:r>
        <w:t>Procedure Sequence: Clutch Assembly Installation</w:t>
      </w:r>
    </w:p>
    <w:p>
      <w:pPr>
        <w:spacing w:after="40"/>
      </w:pPr>
      <w:r>
        <w:t>Directions: Place the major steps in the correct order by writing 1-8.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D9EAF7"/>
          </w:tcPr>
          <w:p>
            <w:r/>
            <w:r>
              <w:rPr>
                <w:b/>
                <w:sz w:val="18"/>
              </w:rPr>
              <w:t>Order</w:t>
            </w:r>
          </w:p>
        </w:tc>
        <w:tc>
          <w:tcPr>
            <w:tcW w:type="dxa" w:w="5184"/>
            <w:vAlign w:val="center"/>
            <w:shd w:fill="D9EAF7"/>
          </w:tcPr>
          <w:p>
            <w:r/>
            <w:r>
              <w:rPr>
                <w:b/>
                <w:sz w:val="18"/>
              </w:rPr>
              <w:t>Step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Install a clutch alignment tool through the clutch disc into the pilot bearing.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Research procedure and specifications.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Clean the flywheel friction surface.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Install and torque flywheel bolts in a star pattern.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Place clutch disc on flywheel in the correct direction.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Install pressure plate and tighten bolts gradually in a star pattern.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Remove alignment tool after bolts are torqued.</w:t>
            </w:r>
          </w:p>
        </w:tc>
      </w:tr>
      <w:tr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Install throw-out bearing/fork and lubricate specified points.</w:t>
            </w:r>
          </w:p>
        </w:tc>
      </w:tr>
    </w:tbl>
    <w:p>
      <w:pPr>
        <w:pStyle w:val="Heading1"/>
      </w:pPr>
      <w:r>
        <w:t>Short Answer / Review</w:t>
      </w:r>
    </w:p>
    <w:p>
      <w:pPr>
        <w:spacing w:after="40"/>
      </w:pPr>
      <w:r>
        <w:t>1. Why must the clutch disconnect the engine from the transmission during a gear shift?</w:t>
      </w:r>
    </w:p>
    <w:p>
      <w:pPr>
        <w:spacing w:after="40"/>
      </w:pPr>
      <w:r>
        <w:t>Answer: 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_________________________________________________________________________________________________________</w:t>
      </w:r>
    </w:p>
    <w:p>
      <w:pPr>
        <w:spacing w:after="40"/>
      </w:pPr>
      <w:r>
        <w:t>2. What happens when clutch pedal free play is too little?</w:t>
      </w:r>
    </w:p>
    <w:p>
      <w:pPr>
        <w:spacing w:after="40"/>
      </w:pPr>
      <w:r>
        <w:t>Answer: 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_________________________________________________________________________________________________________</w:t>
      </w:r>
    </w:p>
    <w:p>
      <w:pPr>
        <w:spacing w:after="40"/>
      </w:pPr>
      <w:r>
        <w:t>3. What happens when clutch pedal free play is too much?</w:t>
      </w:r>
    </w:p>
    <w:p>
      <w:pPr>
        <w:spacing w:after="40"/>
      </w:pPr>
      <w:r>
        <w:t>Answer: 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_________________________________________________________________________________________________________</w:t>
      </w:r>
    </w:p>
    <w:p>
      <w:pPr>
        <w:spacing w:after="40"/>
      </w:pPr>
      <w:r>
        <w:t>4. Why should the flywheel often be resurfaced when replacing a clutch?</w:t>
      </w:r>
    </w:p>
    <w:p>
      <w:pPr>
        <w:spacing w:after="40"/>
      </w:pPr>
      <w:r>
        <w:t>Answer: 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_________________________________________________________________________________________________________</w:t>
      </w:r>
    </w:p>
    <w:p>
      <w:pPr>
        <w:spacing w:after="40"/>
      </w:pPr>
      <w:r>
        <w:t>5. Why should you not use bell housing bolts to pull the transmission into place?</w:t>
      </w:r>
    </w:p>
    <w:p>
      <w:pPr>
        <w:spacing w:after="40"/>
      </w:pPr>
      <w:r>
        <w:t>Answer: 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_________________________________________________________________________________________________________</w:t>
      </w:r>
    </w:p>
    <w:p>
      <w:pPr>
        <w:spacing w:after="40"/>
      </w:pPr>
      <w:r>
        <w:t>6. Why is asbestos dust a safety concern during older clutch service?</w:t>
      </w:r>
    </w:p>
    <w:p>
      <w:pPr>
        <w:spacing w:after="40"/>
      </w:pPr>
      <w:r>
        <w:t>Answer: 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_________________________________________________________________________________________________________</w:t>
      </w:r>
    </w:p>
    <w:p>
      <w:pPr>
        <w:pStyle w:val="Heading1"/>
      </w:pPr>
      <w:r>
        <w:t>Exit Ticket</w:t>
      </w:r>
    </w:p>
    <w:p>
      <w:pPr>
        <w:spacing w:after="40"/>
      </w:pPr>
      <w:r>
        <w:t>1. In your own words, explain one thing the clutch must do:</w:t>
      </w:r>
    </w:p>
    <w:p>
      <w:pPr>
        <w:spacing w:after="40"/>
      </w:pPr>
      <w:r>
        <w:t>______________________________________________________________________________________________________________</w:t>
      </w:r>
    </w:p>
    <w:p>
      <w:pPr>
        <w:spacing w:after="40"/>
      </w:pPr>
      <w:r>
        <w:t>2. Name one safety or service detail you should remember when working on clutch systems:</w:t>
      </w:r>
    </w:p>
    <w:p>
      <w:pPr>
        <w:spacing w:after="40"/>
      </w:pPr>
      <w:r>
        <w:t>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Chapter 35: Clutch Systems | Student Guided Notes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8"/>
      </w:rPr>
      <w:t>Chapter 35 - Clutch Systems Guided Notes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