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Circuit Lab Build and Measure</w:t>
      </w:r>
    </w:p>
    <w:p>
      <w:r>
        <w:rPr>
          <w:b/>
        </w:rPr>
        <w:t>Electrical Fundamentals  |  Student Lab Sheet</w:t>
      </w:r>
    </w:p>
    <w:p>
      <w:r>
        <w:rPr>
          <w:b w:val="0"/>
        </w:rPr>
        <w:t>Name: ____________________________________  Date: ____________________</w:t>
        <w:br/>
        <w:t>Program: _________________________________  Partner: __________________</w:t>
        <w:br/>
        <w:t>Assigned circuit or loads: __________________________________________________</w:t>
      </w:r>
    </w:p>
    <w:p>
      <w:r>
        <w:rPr>
          <w:b w:val="0"/>
        </w:rPr>
        <w:t>Objective: Build a working circuit, document its components, and measure battery voltage, component resistance, and load voltage drop.</w:t>
      </w:r>
    </w:p>
    <w:p>
      <w:r>
        <w:rPr>
          <w:b w:val="0"/>
        </w:rPr>
        <w:t>Materials: Instructor-approved low-voltage source, circuit protection, switch, loads, wires, multimeter, blank paper, clear tape, and pencil.</w:t>
      </w:r>
    </w:p>
    <w:p>
      <w:pPr>
        <w:pStyle w:val="Heading1"/>
      </w:pPr>
      <w:r>
        <w:t>1 Build and Document Your Circuit</w:t>
      </w:r>
    </w:p>
    <w:p>
      <w:r>
        <w:rPr>
          <w:b w:val="0"/>
        </w:rPr>
        <w:t>☐ Keep the power source disconnected while assembling the circuit.</w:t>
      </w:r>
    </w:p>
    <w:p>
      <w:r>
        <w:rPr>
          <w:b w:val="0"/>
        </w:rPr>
        <w:t>☐ Spread the components across a blank sheet of paper.</w:t>
      </w:r>
    </w:p>
    <w:p>
      <w:r>
        <w:rPr>
          <w:b w:val="0"/>
        </w:rPr>
        <w:t>☐ Connect the source, protection, switch, and assigned loads in a complete circuit.</w:t>
      </w:r>
    </w:p>
    <w:p>
      <w:r>
        <w:rPr>
          <w:b w:val="0"/>
        </w:rPr>
        <w:t>☐ Keep wires neat and secure them with clear tape.</w:t>
      </w:r>
    </w:p>
    <w:p>
      <w:r>
        <w:rPr>
          <w:b w:val="0"/>
        </w:rPr>
        <w:t>☐ Draw each component’s symbol beside it. Label it and describe its function.</w:t>
      </w:r>
    </w:p>
    <w:p>
      <w:r>
        <w:rPr>
          <w:b w:val="0"/>
        </w:rPr>
        <w:t>☐ Have the instructor inspect your circuit before connecting power.</w:t>
      </w:r>
    </w:p>
    <w:p>
      <w:r>
        <w:rPr>
          <w:b/>
        </w:rPr>
        <w:t>Instructor approval before power ON: 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304"/>
        <w:gridCol w:w="5184"/>
      </w:tblGrid>
      <w:tr>
        <w:trPr>
          <w:trHeight w:val="547"/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Component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Draw its symbol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Describe its job</w:t>
            </w:r>
          </w:p>
        </w:tc>
      </w:tr>
      <w:tr>
        <w:trPr>
          <w:trHeight w:val="547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Power source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47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Circuit protection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47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Switch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47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Load 1: ______________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47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Load 2 if used: _________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47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Wires or conductors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</w:r>
          </w:p>
        </w:tc>
      </w:tr>
    </w:tbl>
    <w:p>
      <w:r>
        <w:rPr>
          <w:b w:val="0"/>
        </w:rPr>
        <w:t>Attach your labeled circuit layout to this sheet. Operate the switch and describe what your circuit does:</w:t>
      </w:r>
    </w:p>
    <w:p>
      <w:r>
        <w:rPr>
          <w:b w:val="0"/>
        </w:rPr>
        <w:t>________________________________________________________________________________</w:t>
      </w:r>
    </w:p>
    <w:p>
      <w:r>
        <w:rPr>
          <w:b w:val="0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2 Measure Battery Voltage</w:t>
      </w:r>
    </w:p>
    <w:p>
      <w:r>
        <w:rPr>
          <w:b w:val="0"/>
        </w:rPr>
        <w:t>Use DC volts with black lead in COM and red lead in V/Ω. Measure across the battery: red probe on positive and black probe on negative.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456"/>
      </w:tblGrid>
      <w:tr>
        <w:trPr>
          <w:trHeight w:val="432"/>
          <w:cantSplit/>
          <w:tblHeader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Circuit condition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Battery voltage</w:t>
            </w:r>
          </w:p>
        </w:tc>
      </w:tr>
      <w:tr>
        <w:trPr>
          <w:trHeight w:val="432"/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Switch OFF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____________ V</w:t>
            </w:r>
          </w:p>
        </w:tc>
      </w:tr>
      <w:tr>
        <w:trPr>
          <w:trHeight w:val="432"/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Switch ON with load operating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____________ V</w:t>
            </w:r>
          </w:p>
        </w:tc>
      </w:tr>
    </w:tbl>
    <w:p>
      <w:r>
        <w:rPr>
          <w:b w:val="0"/>
        </w:rPr>
        <w:t>OFF voltage − ON voltage = __________ V. What changed when the load turned on?</w:t>
      </w:r>
    </w:p>
    <w:p>
      <w:r>
        <w:rPr>
          <w:b w:val="0"/>
        </w:rPr>
        <w:t>________________________________________________________________________________</w:t>
      </w:r>
    </w:p>
    <w:p>
      <w:pPr>
        <w:pStyle w:val="Heading1"/>
      </w:pPr>
      <w:r>
        <w:t>3 Measure Resistance with Power Disconnected</w:t>
      </w:r>
    </w:p>
    <w:p>
      <w:r>
        <w:rPr>
          <w:b/>
        </w:rPr>
        <w:t>Disconnect the battery and verify no voltage is present before selecting Ω. Isolate at least one component terminal to avoid alternate paths. Never measure resistance on an energized circuit.</w:t>
      </w:r>
    </w:p>
    <w:p>
      <w:r>
        <w:rPr>
          <w:b w:val="0"/>
        </w:rPr>
        <w:t>Touch the probes together. Test-lead resistance: ________ Ω. Measure across the switch in each position, then across each isolated load. Record OL if displayed, not zero.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456"/>
      </w:tblGrid>
      <w:tr>
        <w:trPr>
          <w:trHeight w:val="432"/>
          <w:cantSplit/>
          <w:tblHeader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Component or condition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Resistance</w:t>
            </w:r>
          </w:p>
        </w:tc>
      </w:tr>
      <w:tr>
        <w:trPr>
          <w:trHeight w:val="432"/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Switch OPEN or OFF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__________ Ω or OL</w:t>
            </w:r>
          </w:p>
        </w:tc>
      </w:tr>
      <w:tr>
        <w:trPr>
          <w:trHeight w:val="432"/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Switch CLOSED or 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__________ Ω or OL</w:t>
            </w:r>
          </w:p>
        </w:tc>
      </w:tr>
      <w:tr>
        <w:trPr>
          <w:trHeight w:val="432"/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Load 1: __________________________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__________ Ω or OL</w:t>
            </w:r>
          </w:p>
        </w:tc>
      </w:tr>
      <w:tr>
        <w:trPr>
          <w:trHeight w:val="432"/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Load 2 if used: ____________________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__________ Ω or OL</w:t>
            </w:r>
          </w:p>
        </w:tc>
      </w:tr>
    </w:tbl>
    <w:p>
      <w:r>
        <w:rPr>
          <w:b w:val="0"/>
        </w:rPr>
        <w:t>Use instructor-approved loads; LEDs and electronic loads may require a different test.</w:t>
      </w:r>
    </w:p>
    <w:p>
      <w:r>
        <w:rPr>
          <w:b w:val="0"/>
        </w:rPr>
        <w:t>Which switch position completes the current path? ______________________________</w:t>
        <w:br/>
        <w:t>What does OL indicate during a resistance test? _________________________________</w:t>
      </w:r>
    </w:p>
    <w:p>
      <w:pPr>
        <w:pStyle w:val="Heading1"/>
      </w:pPr>
      <w:r>
        <w:t>4 Measure Load Voltage Drop with Circuit ON</w:t>
      </w:r>
    </w:p>
    <w:p>
      <w:r>
        <w:rPr>
          <w:b w:val="0"/>
        </w:rPr>
        <w:t>Reconnect components with power disconnected. Return the meter to DC volts, connect power, and turn the circuit ON. Probe across each operating load: red toward positive and black toward the return side.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2304"/>
        <w:gridCol w:w="3312"/>
      </w:tblGrid>
      <w:tr>
        <w:trPr>
          <w:trHeight w:val="432"/>
          <w:cantSplit/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Load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Voltage drop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40" w:before="40"/>
            </w:pPr>
            <w:r>
              <w:rPr>
                <w:b/>
                <w:sz w:val="21"/>
              </w:rPr>
              <w:t>Operating normally</w:t>
            </w:r>
          </w:p>
        </w:tc>
      </w:tr>
      <w:tr>
        <w:trPr>
          <w:trHeight w:val="432"/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Load 1: __________________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 V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☐ Yes   ☐ No</w:t>
            </w:r>
          </w:p>
        </w:tc>
      </w:tr>
      <w:tr>
        <w:trPr>
          <w:trHeight w:val="432"/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Load 2 if used: ______________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________ V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 w:val="0"/>
                <w:sz w:val="21"/>
              </w:rPr>
              <w:t>☐ Yes   ☐ No</w:t>
            </w:r>
          </w:p>
        </w:tc>
      </w:tr>
    </w:tbl>
    <w:p>
      <w:r>
        <w:rPr>
          <w:b w:val="0"/>
        </w:rPr>
        <w:t>Compare each load’s voltage drop with the battery’s ON voltage:</w:t>
      </w:r>
    </w:p>
    <w:p>
      <w:r>
        <w:rPr>
          <w:b w:val="0"/>
        </w:rPr>
        <w:t>________________________________________________________________________________</w:t>
      </w:r>
    </w:p>
    <w:p>
      <w:pPr>
        <w:pStyle w:val="Heading1"/>
      </w:pPr>
      <w:r>
        <w:t>5 Explain and Check Your Work</w:t>
      </w:r>
    </w:p>
    <w:p>
      <w:r>
        <w:rPr>
          <w:b w:val="0"/>
        </w:rPr>
        <w:t>Why disconnect power before measuring resistance? ______________________________</w:t>
        <w:br/>
        <w:t>________________________________________________________________________________</w:t>
      </w:r>
    </w:p>
    <w:p>
      <w:r>
        <w:rPr>
          <w:b w:val="0"/>
        </w:rPr>
        <w:t>How does a resistance test differ from a voltage drop test? ________________________</w:t>
        <w:br/>
        <w:t>________________________________________________________________________________</w:t>
      </w:r>
    </w:p>
    <w:p>
      <w:r>
        <w:rPr>
          <w:b w:val="0"/>
        </w:rPr>
        <w:t>Describe a problem you corrected, or how you confirmed correct operation: __________</w:t>
        <w:br/>
        <w:t>________________________________________________________________________________</w:t>
      </w:r>
    </w:p>
    <w:p>
      <w:r>
        <w:rPr>
          <w:b w:val="0"/>
        </w:rPr>
        <w:t>☐ Circuit operates   ☐ Wires secured   ☐ Labels complete   ☐ Units recorded</w:t>
        <w:br/>
        <w:t>☐ Power disconnected and work area clean</w:t>
      </w:r>
    </w:p>
    <w:p>
      <w:r>
        <w:rPr>
          <w:b w:val="0"/>
        </w:rPr>
        <w:t>Instructor initials: __________________________  Date: 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