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Circuit Lab Worksheet</w:t>
      </w:r>
    </w:p>
    <w:p>
      <w:r>
        <w:t>Build and Measure</w:t>
      </w:r>
    </w:p>
    <w:p>
      <w:r>
        <w:t>Name __________________________________  Date ______________  Team __________</w:t>
      </w:r>
    </w:p>
    <w:p>
      <w:r>
        <w:t>Program _______________________________  Circuit or load _______________________</w:t>
      </w:r>
    </w:p>
    <w:p>
      <w:r>
        <w:t>Build a working circuit, document its components, and use a digital multimeter to measure battery voltage, resistance, and voltage drop.</w:t>
      </w:r>
    </w:p>
    <w:p>
      <w:pPr>
        <w:pStyle w:val="Heading1"/>
      </w:pPr>
      <w:r>
        <w:t>1  Build and document your circuit</w:t>
      </w:r>
    </w:p>
    <w:p>
      <w:r>
        <w:t>Use the instructor-approved low-voltage DC source and components. Spread the circuit across a blank sheet of paper. Keep wires neat and secure them with clear tape. Leave terminals accessible for testing.</w:t>
      </w:r>
    </w:p>
    <w:p>
      <w:r>
        <w:t>Before powering up: Check polarity, secure connections, and have your instructor inspect the circuit. Prevent a direct connection between battery positive and negative.</w:t>
      </w:r>
    </w:p>
    <w:p>
      <w:r>
        <w:t>Draw the circuit below using electrical symbols. Label the battery, switch, load devices, and wires. Use a separate blank sheet for the physical build.</w:t>
      </w:r>
    </w:p>
    <w:p>
      <w:pPr>
        <w:spacing w:after="0" w:line="400" w:lineRule="exact"/>
      </w:pPr>
    </w:p>
    <w:p>
      <w:pPr>
        <w:spacing w:after="0" w:line="400" w:lineRule="exact"/>
      </w:pPr>
    </w:p>
    <w:p>
      <w:pPr>
        <w:spacing w:after="0" w:line="400" w:lineRule="exact"/>
      </w:pPr>
    </w:p>
    <w:p>
      <w:pPr>
        <w:spacing w:after="0" w:line="400" w:lineRule="exact"/>
      </w:pPr>
    </w:p>
    <w:p>
      <w:pPr>
        <w:spacing w:after="0" w:line="400" w:lineRule="exact"/>
      </w:pPr>
    </w:p>
    <w:p>
      <w:pPr>
        <w:spacing w:after="0" w:line="400" w:lineRule="exact"/>
      </w:pPr>
    </w:p>
    <w:p>
      <w:pPr>
        <w:spacing w:after="0" w:line="400" w:lineRule="exact"/>
      </w:pPr>
    </w:p>
    <w:p>
      <w:pPr>
        <w:pStyle w:val="Heading1"/>
      </w:pPr>
      <w:r>
        <w:t>Component identification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2016"/>
        <w:gridCol w:w="5184"/>
      </w:tblGrid>
      <w:tr>
        <w:trPr>
          <w:trHeight w:val="605" w:hRule="atLeast"/>
        </w:trPr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40" w:before="40"/>
            </w:pPr>
            <w:r>
              <w:rPr>
                <w:b/>
                <w:sz w:val="20"/>
              </w:rPr>
              <w:t>Component name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40" w:before="40"/>
            </w:pPr>
            <w:r>
              <w:rPr>
                <w:b/>
                <w:sz w:val="20"/>
              </w:rPr>
              <w:t>Electrical symbol</w:t>
            </w:r>
          </w:p>
        </w:tc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40" w:before="40"/>
            </w:pPr>
            <w:r>
              <w:rPr>
                <w:b/>
                <w:sz w:val="20"/>
              </w:rPr>
              <w:t>Job in this circuit</w:t>
            </w:r>
          </w:p>
        </w:tc>
      </w:tr>
      <w:tr>
        <w:trPr>
          <w:trHeight w:val="605" w:hRule="atLeast"/>
        </w:trPr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Battery / source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605" w:hRule="atLeast"/>
        </w:trPr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Switch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605" w:hRule="atLeast"/>
        </w:trPr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Load 1 ______________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605" w:hRule="atLeast"/>
        </w:trPr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Load 2 if used __________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0"/>
              </w:rPr>
            </w:r>
          </w:p>
        </w:tc>
      </w:tr>
    </w:tbl>
    <w:p>
      <w:r>
        <w:t>Build check:  □ Neat layout   □ Wires secured   □ Components labeled   □ Circuit works</w:t>
      </w:r>
    </w:p>
    <w:p>
      <w:r>
        <w:t>Instructor initials before testing __________</w:t>
      </w:r>
    </w:p>
    <w:p>
      <w:r>
        <w:br w:type="page"/>
      </w:r>
    </w:p>
    <w:p>
      <w:pPr>
        <w:pStyle w:val="Title"/>
      </w:pPr>
      <w:r>
        <w:t>Circuit Measurements</w:t>
      </w:r>
    </w:p>
    <w:p>
      <w:r>
        <w:t>Name __________________________________  Date ______________</w:t>
      </w:r>
    </w:p>
    <w:p>
      <w:r>
        <w:t>Meter setup: Black lead in COM; red lead in V/Ω. Use DC volts for voltage tests. Connect the meter across the battery or component being measured.</w:t>
      </w:r>
    </w:p>
    <w:p>
      <w:pPr>
        <w:pStyle w:val="Heading1"/>
      </w:pPr>
      <w:r>
        <w:t>2  Measure battery voltage</w:t>
      </w:r>
    </w:p>
    <w:p>
      <w:r>
        <w:t>Measure directly across the battery terminals with the switch OFF, then 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624"/>
        <w:gridCol w:w="3744"/>
      </w:tblGrid>
      <w:tr>
        <w:trPr>
          <w:trHeight w:val="490" w:hRule="atLeast"/>
        </w:trPr>
        <w:tc>
          <w:tcPr>
            <w:tcW w:type="dxa" w:w="66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40" w:before="40"/>
            </w:pPr>
            <w:r>
              <w:rPr>
                <w:b/>
                <w:sz w:val="20"/>
              </w:rPr>
              <w:t>Circuit condition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40" w:before="40"/>
            </w:pPr>
            <w:r>
              <w:rPr>
                <w:b/>
                <w:sz w:val="20"/>
              </w:rPr>
              <w:t>Battery voltage</w:t>
            </w:r>
          </w:p>
        </w:tc>
      </w:tr>
      <w:tr>
        <w:trPr>
          <w:trHeight w:val="490" w:hRule="atLeast"/>
        </w:trPr>
        <w:tc>
          <w:tcPr>
            <w:tcW w:type="dxa" w:w="66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Switch OFF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________________ V</w:t>
            </w:r>
          </w:p>
        </w:tc>
      </w:tr>
      <w:tr>
        <w:trPr>
          <w:trHeight w:val="490" w:hRule="atLeast"/>
        </w:trPr>
        <w:tc>
          <w:tcPr>
            <w:tcW w:type="dxa" w:w="66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Switch ON and load operating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________________ V</w:t>
            </w:r>
          </w:p>
        </w:tc>
      </w:tr>
    </w:tbl>
    <w:p>
      <w:pPr>
        <w:pStyle w:val="Heading1"/>
      </w:pPr>
      <w:r>
        <w:t>3  Measure resistance</w:t>
      </w:r>
    </w:p>
    <w:p>
      <w:r>
        <w:t>Disconnect the power source before selecting Ω. Isolate at least one terminal of the component from the circuit. Never measure resistance on a powered circuit. Record OL if displayed.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624"/>
        <w:gridCol w:w="3744"/>
      </w:tblGrid>
      <w:tr>
        <w:trPr>
          <w:trHeight w:val="490" w:hRule="atLeast"/>
        </w:trPr>
        <w:tc>
          <w:tcPr>
            <w:tcW w:type="dxa" w:w="66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40" w:before="40"/>
            </w:pPr>
            <w:r>
              <w:rPr>
                <w:b/>
                <w:sz w:val="20"/>
              </w:rPr>
              <w:t>Component and condition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40" w:before="40"/>
            </w:pPr>
            <w:r>
              <w:rPr>
                <w:b/>
                <w:sz w:val="20"/>
              </w:rPr>
              <w:t>Resistance</w:t>
            </w:r>
          </w:p>
        </w:tc>
      </w:tr>
      <w:tr>
        <w:trPr>
          <w:trHeight w:val="490" w:hRule="atLeast"/>
        </w:trPr>
        <w:tc>
          <w:tcPr>
            <w:tcW w:type="dxa" w:w="66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Switch OPEN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________________ Ω / OL</w:t>
            </w:r>
          </w:p>
        </w:tc>
      </w:tr>
      <w:tr>
        <w:trPr>
          <w:trHeight w:val="490" w:hRule="atLeast"/>
        </w:trPr>
        <w:tc>
          <w:tcPr>
            <w:tcW w:type="dxa" w:w="66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Switch CLOSED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________________ Ω</w:t>
            </w:r>
          </w:p>
        </w:tc>
      </w:tr>
      <w:tr>
        <w:trPr>
          <w:trHeight w:val="490" w:hRule="atLeast"/>
        </w:trPr>
        <w:tc>
          <w:tcPr>
            <w:tcW w:type="dxa" w:w="66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Load 1 ______________________________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________________ Ω / OL</w:t>
            </w:r>
          </w:p>
        </w:tc>
      </w:tr>
      <w:tr>
        <w:trPr>
          <w:trHeight w:val="490" w:hRule="atLeast"/>
        </w:trPr>
        <w:tc>
          <w:tcPr>
            <w:tcW w:type="dxa" w:w="66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Load 2 if used ________________________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________________ Ω / OL</w:t>
            </w:r>
          </w:p>
        </w:tc>
      </w:tr>
    </w:tbl>
    <w:p>
      <w:pPr>
        <w:pStyle w:val="Heading1"/>
      </w:pPr>
      <w:r>
        <w:t>4  Measure voltage drop</w:t>
      </w:r>
    </w:p>
    <w:p>
      <w:r>
        <w:t>Reconnect the circuit and select DC volts. Turn the circuit ON so the loads operate. Place one probe on each side of the load and record the voltage across it.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624"/>
        <w:gridCol w:w="3744"/>
      </w:tblGrid>
      <w:tr>
        <w:trPr>
          <w:trHeight w:val="490" w:hRule="atLeast"/>
        </w:trPr>
        <w:tc>
          <w:tcPr>
            <w:tcW w:type="dxa" w:w="66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40" w:before="40"/>
            </w:pPr>
            <w:r>
              <w:rPr>
                <w:b/>
                <w:sz w:val="20"/>
              </w:rPr>
              <w:t>Load device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40" w:before="40"/>
            </w:pPr>
            <w:r>
              <w:rPr>
                <w:b/>
                <w:sz w:val="20"/>
              </w:rPr>
              <w:t>Voltage drop with circuit ON</w:t>
            </w:r>
          </w:p>
        </w:tc>
      </w:tr>
      <w:tr>
        <w:trPr>
          <w:trHeight w:val="490" w:hRule="atLeast"/>
        </w:trPr>
        <w:tc>
          <w:tcPr>
            <w:tcW w:type="dxa" w:w="66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Load 1 ______________________________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________________ V</w:t>
            </w:r>
          </w:p>
        </w:tc>
      </w:tr>
      <w:tr>
        <w:trPr>
          <w:trHeight w:val="490" w:hRule="atLeast"/>
        </w:trPr>
        <w:tc>
          <w:tcPr>
            <w:tcW w:type="dxa" w:w="66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Load 2 if used ________________________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________________ V</w:t>
            </w:r>
          </w:p>
        </w:tc>
      </w:tr>
    </w:tbl>
    <w:p>
      <w:pPr>
        <w:pStyle w:val="Heading1"/>
      </w:pPr>
      <w:r>
        <w:t>5  Explain your results</w:t>
      </w:r>
    </w:p>
    <w:p>
      <w:r>
        <w:t>1. How did battery voltage change when the circuit was turned ON?</w:t>
      </w:r>
    </w:p>
    <w:p>
      <w:pPr>
        <w:spacing w:after="80"/>
      </w:pPr>
      <w:r>
        <w:rPr>
          <w:color w:val="AAAAAA"/>
          <w:sz w:val="20"/>
        </w:rPr>
        <w:t>________________________________________________________________________________</w:t>
      </w:r>
    </w:p>
    <w:p>
      <w:r>
        <w:t>2. Compare the resistance of the open and closed switch. What does this tell you?</w:t>
      </w:r>
    </w:p>
    <w:p>
      <w:pPr>
        <w:spacing w:after="80"/>
      </w:pPr>
      <w:r>
        <w:rPr>
          <w:color w:val="AAAAAA"/>
          <w:sz w:val="20"/>
        </w:rPr>
        <w:t>________________________________________________________________________________</w:t>
      </w:r>
    </w:p>
    <w:p>
      <w:r>
        <w:t>3. What did you observe when the circuit operated? Describe any problem and correction.</w:t>
      </w:r>
    </w:p>
    <w:p>
      <w:pPr>
        <w:spacing w:after="80"/>
      </w:pPr>
      <w:r>
        <w:rPr>
          <w:color w:val="AAAAAA"/>
          <w:sz w:val="20"/>
        </w:rPr>
        <w:t>________________________________________________________________________________</w:t>
      </w:r>
    </w:p>
    <w:p>
      <w:pPr>
        <w:spacing w:after="80"/>
      </w:pPr>
      <w:r>
        <w:rPr>
          <w:color w:val="AAAAAA"/>
          <w:sz w:val="20"/>
        </w:rPr>
        <w:t>________________________________________________________________________________</w:t>
      </w:r>
    </w:p>
    <w:p>
      <w:r>
        <w:t>Final check:  □ Readings include units   □ Power disconnected   □ Work area cleaned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ELECTRICAL FUNDAMENTALS  •  CIRCUIT LAB                                      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100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