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"/>
      </w:pPr>
      <w:r>
        <w:rPr>
          <w:rFonts w:ascii="Calibri" w:hAnsi="Calibri" w:eastAsia="Calibri"/>
          <w:b/>
          <w:color w:val="197A72"/>
          <w:sz w:val="19"/>
        </w:rPr>
        <w:t>STUDENT LAB WORKSHEET</w:t>
      </w:r>
    </w:p>
    <w:p>
      <w:pPr>
        <w:keepNext/>
        <w:spacing w:before="0" w:after="60"/>
      </w:pPr>
      <w:r>
        <w:rPr>
          <w:rFonts w:ascii="Calibri" w:hAnsi="Calibri" w:eastAsia="Calibri"/>
          <w:b/>
          <w:color w:val="0B2545"/>
          <w:sz w:val="55"/>
        </w:rPr>
        <w:t>Ohm's Law: Make the Circuit Prove It</w:t>
      </w:r>
    </w:p>
    <w:p>
      <w:pPr>
        <w:spacing w:before="0" w:after="240"/>
      </w:pPr>
      <w:r>
        <w:rPr>
          <w:rFonts w:ascii="Calibri" w:hAnsi="Calibri" w:eastAsia="Calibri"/>
          <w:i/>
          <w:color w:val="5E6B78"/>
          <w:sz w:val="25"/>
        </w:rPr>
        <w:t>Predict  •  Build  •  Measure  •  Explain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E8EEF5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2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5"/>
              </w:rPr>
              <w:t>DURATION</w:t>
              <w:br/>
            </w:r>
            <w:r>
              <w:rPr>
                <w:rFonts w:ascii="Calibri" w:hAnsi="Calibri" w:eastAsia="Calibri"/>
                <w:b/>
                <w:color w:val="0B2545"/>
                <w:sz w:val="20"/>
              </w:rPr>
              <w:t>3–4 HOURS</w:t>
            </w:r>
          </w:p>
        </w:tc>
        <w:tc>
          <w:tcPr>
            <w:tcW w:type="dxa" w:w="23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7FB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2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5"/>
              </w:rPr>
              <w:t>TEAM</w:t>
              <w:br/>
            </w:r>
            <w:r>
              <w:rPr>
                <w:rFonts w:ascii="Calibri" w:hAnsi="Calibri" w:eastAsia="Calibri"/>
                <w:b/>
                <w:color w:val="0B2545"/>
                <w:sz w:val="20"/>
              </w:rPr>
              <w:t>2 STUDENTS</w:t>
            </w:r>
          </w:p>
        </w:tc>
        <w:tc>
          <w:tcPr>
            <w:tcW w:type="dxa" w:w="23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E8EEF5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2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5"/>
              </w:rPr>
              <w:t>INVESTIGATIONS</w:t>
              <w:br/>
            </w:r>
            <w:r>
              <w:rPr>
                <w:rFonts w:ascii="Calibri" w:hAnsi="Calibri" w:eastAsia="Calibri"/>
                <w:b/>
                <w:color w:val="0B2545"/>
                <w:sz w:val="20"/>
              </w:rPr>
              <w:t>4</w:t>
            </w:r>
          </w:p>
        </w:tc>
        <w:tc>
          <w:tcPr>
            <w:tcW w:type="dxa" w:w="23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7FB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2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5"/>
              </w:rPr>
              <w:t>TOTAL</w:t>
              <w:br/>
            </w:r>
            <w:r>
              <w:rPr>
                <w:rFonts w:ascii="Calibri" w:hAnsi="Calibri" w:eastAsia="Calibri"/>
                <w:b/>
                <w:color w:val="0B2545"/>
                <w:sz w:val="20"/>
              </w:rPr>
              <w:t>100 POINTS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080"/>
        <w:gridCol w:w="3600"/>
        <w:gridCol w:w="1080"/>
        <w:gridCol w:w="3600"/>
      </w:tblGrid>
      <w:tr>
        <w:tc>
          <w:tcPr>
            <w:tcW w:type="dxa" w:w="1080"/>
            <w:vAlign w:val="center"/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5E6B78"/>
                <w:sz w:val="16"/>
              </w:rPr>
              <w:t>NAME</w:t>
            </w:r>
          </w:p>
        </w:tc>
        <w:tc>
          <w:tcPr>
            <w:tcW w:type="dxa" w:w="3600"/>
            <w:vAlign w:val="center"/>
            <w:tcMar>
              <w:top w:w="65" w:type="dxa"/>
              <w:bottom w:w="65" w:type="dxa"/>
              <w:start w:w="120" w:type="dxa"/>
              <w:end w:w="120" w:type="dxa"/>
            </w:tcMar>
            <w:tcBorders>
              <w:bottom w:val="single" w:sz="8" w:color="8793A1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  <w:tc>
          <w:tcPr>
            <w:tcW w:type="dxa" w:w="1080"/>
            <w:vAlign w:val="center"/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5E6B78"/>
                <w:sz w:val="16"/>
              </w:rPr>
              <w:t>PARTNER</w:t>
            </w:r>
          </w:p>
        </w:tc>
        <w:tc>
          <w:tcPr>
            <w:tcW w:type="dxa" w:w="3600"/>
            <w:vAlign w:val="center"/>
            <w:tcMar>
              <w:top w:w="65" w:type="dxa"/>
              <w:bottom w:w="65" w:type="dxa"/>
              <w:start w:w="120" w:type="dxa"/>
              <w:end w:w="120" w:type="dxa"/>
            </w:tcMar>
            <w:tcBorders>
              <w:bottom w:val="single" w:sz="8" w:color="8793A1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  <w:tr>
        <w:tc>
          <w:tcPr>
            <w:tcW w:type="dxa" w:w="1080"/>
            <w:vAlign w:val="center"/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5E6B78"/>
                <w:sz w:val="16"/>
              </w:rPr>
              <w:t>DATE</w:t>
            </w:r>
          </w:p>
        </w:tc>
        <w:tc>
          <w:tcPr>
            <w:tcW w:type="dxa" w:w="3600"/>
            <w:vAlign w:val="center"/>
            <w:tcMar>
              <w:top w:w="65" w:type="dxa"/>
              <w:bottom w:w="65" w:type="dxa"/>
              <w:start w:w="120" w:type="dxa"/>
              <w:end w:w="120" w:type="dxa"/>
            </w:tcMar>
            <w:tcBorders>
              <w:bottom w:val="single" w:sz="8" w:color="8793A1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  <w:tc>
          <w:tcPr>
            <w:tcW w:type="dxa" w:w="1080"/>
            <w:vAlign w:val="center"/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5E6B78"/>
                <w:sz w:val="16"/>
              </w:rPr>
              <w:t>CLASS / BLOCK</w:t>
            </w:r>
          </w:p>
        </w:tc>
        <w:tc>
          <w:tcPr>
            <w:tcW w:type="dxa" w:w="3600"/>
            <w:vAlign w:val="center"/>
            <w:tcMar>
              <w:top w:w="65" w:type="dxa"/>
              <w:bottom w:w="65" w:type="dxa"/>
              <w:start w:w="120" w:type="dxa"/>
              <w:end w:w="120" w:type="dxa"/>
            </w:tcMar>
            <w:tcBorders>
              <w:bottom w:val="single" w:sz="8" w:color="8793A1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c>
          <w:tcPr>
            <w:tcW w:type="dxa" w:w="9360"/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  <w:shd w:fill="E6F3F1" w:val="clear"/>
            <w:tcBorders>
              <w:top w:val="single" w:sz="4" w:color="E6F3F1"/>
              <w:start w:val="single" w:sz="18" w:color="197A72"/>
              <w:bottom w:val="single" w:sz="4" w:color="E6F3F1"/>
              <w:end w:val="single" w:sz="4" w:color="E6F3F1"/>
            </w:tcBorders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 w:eastAsia="Calibri"/>
                <w:b/>
                <w:color w:val="1F4D78"/>
                <w:sz w:val="21"/>
              </w:rPr>
              <w:t xml:space="preserve">MISSION  </w:t>
            </w:r>
            <w:r>
              <w:rPr>
                <w:rFonts w:ascii="Calibri" w:hAnsi="Calibri" w:eastAsia="Calibri"/>
                <w:color w:val="1F2937"/>
                <w:sz w:val="21"/>
              </w:rPr>
              <w:t>Use a digital multimeter and a working DC circuit to gather evidence that current changes predictably when voltage or resistance changes.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Learning Targets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9"/>
              </w:rPr>
              <w:t>□ Select and rearrange the correct Ohm's law equation.</w:t>
            </w:r>
          </w:p>
        </w:tc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9"/>
              </w:rPr>
              <w:t>□ Build a simple DC circuit and verify it before energizing.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9"/>
              </w:rPr>
              <w:t>□ Measure voltage, current, and resistance correctly.</w:t>
            </w:r>
          </w:p>
        </w:tc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9"/>
              </w:rPr>
              <w:t>□ Compare predicted and measured values using evidence.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Formula &amp; Unit Card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3120"/>
        <w:gridCol w:w="3120"/>
        <w:gridCol w:w="3120"/>
      </w:tblGrid>
      <w:tr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5"/>
              </w:rPr>
              <w:t>FIND VOLTAGE</w:t>
              <w:br/>
            </w:r>
            <w:r>
              <w:rPr>
                <w:rFonts w:ascii="Calibri" w:hAnsi="Calibri" w:eastAsia="Calibri"/>
                <w:b/>
                <w:color w:val="0B2545"/>
                <w:sz w:val="32"/>
              </w:rPr>
              <w:t>V = I × R</w:t>
              <w:br/>
            </w:r>
            <w:r>
              <w:rPr>
                <w:rFonts w:ascii="Calibri" w:hAnsi="Calibri" w:eastAsia="Calibri"/>
                <w:color w:val="5E6B78"/>
                <w:sz w:val="17"/>
              </w:rPr>
              <w:t>volts (V)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5"/>
              </w:rPr>
              <w:t>FIND CURRENT</w:t>
              <w:br/>
            </w:r>
            <w:r>
              <w:rPr>
                <w:rFonts w:ascii="Calibri" w:hAnsi="Calibri" w:eastAsia="Calibri"/>
                <w:b/>
                <w:color w:val="0B2545"/>
                <w:sz w:val="32"/>
              </w:rPr>
              <w:t>I = V ÷ R</w:t>
              <w:br/>
            </w:r>
            <w:r>
              <w:rPr>
                <w:rFonts w:ascii="Calibri" w:hAnsi="Calibri" w:eastAsia="Calibri"/>
                <w:color w:val="5E6B78"/>
                <w:sz w:val="17"/>
              </w:rPr>
              <w:t>amperes (A)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5"/>
              </w:rPr>
              <w:t>FIND RESISTANCE</w:t>
              <w:br/>
            </w:r>
            <w:r>
              <w:rPr>
                <w:rFonts w:ascii="Calibri" w:hAnsi="Calibri" w:eastAsia="Calibri"/>
                <w:b/>
                <w:color w:val="0B2545"/>
                <w:sz w:val="32"/>
              </w:rPr>
              <w:t>R = V ÷ I</w:t>
              <w:br/>
            </w:r>
            <w:r>
              <w:rPr>
                <w:rFonts w:ascii="Calibri" w:hAnsi="Calibri" w:eastAsia="Calibri"/>
                <w:color w:val="5E6B78"/>
                <w:sz w:val="17"/>
              </w:rPr>
              <w:t>ohms (Ω)</w:t>
            </w:r>
          </w:p>
        </w:tc>
      </w:tr>
    </w:tbl>
    <w:p>
      <w:pPr>
        <w:spacing w:before="80" w:after="100"/>
        <w:jc w:val="center"/>
      </w:pPr>
      <w:r>
        <w:rPr>
          <w:rFonts w:ascii="Calibri" w:hAnsi="Calibri" w:eastAsia="Calibri"/>
          <w:color w:val="5E6B78"/>
          <w:sz w:val="18"/>
        </w:rPr>
        <w:t xml:space="preserve">mA → A: divide by 1,000    |    A → mA: multiply by 1,000    |    </w:t>
      </w:r>
      <w:r>
        <w:rPr>
          <w:rFonts w:ascii="Calibri" w:hAnsi="Calibri" w:eastAsia="Calibri"/>
          <w:b/>
          <w:color w:val="197A72"/>
          <w:sz w:val="18"/>
        </w:rPr>
        <w:t>% error = |measured − predicted| ÷ predicted × 100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Safety &amp; Quality Gate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500"/>
        <w:gridCol w:w="8860"/>
      </w:tblGrid>
      <w:tr>
        <w:tc>
          <w:tcPr>
            <w:tcW w:type="dxa" w:w="5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shd w:fill="F4F7FB" w:val="clear"/>
            <w:tcBorders>
              <w:top w:val="single" w:sz="6" w:color="C6CED8"/>
              <w:start w:val="single" w:sz="6" w:color="C6CED8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197A72"/>
                <w:sz w:val="24"/>
              </w:rPr>
              <w:t>□</w:t>
            </w:r>
          </w:p>
        </w:tc>
        <w:tc>
          <w:tcPr>
            <w:tcW w:type="dxa" w:w="88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shd w:fill="F4F7FB" w:val="clear"/>
            <w:tcBorders>
              <w:top w:val="single" w:sz="6" w:color="C6CED8"/>
              <w:end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Power OFF before measuring resistance or moving meter leads.</w:t>
            </w:r>
          </w:p>
        </w:tc>
      </w:tr>
      <w:tr>
        <w:tc>
          <w:tcPr>
            <w:tcW w:type="dxa" w:w="5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start w:val="single" w:sz="6" w:color="C6CED8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197A72"/>
                <w:sz w:val="24"/>
              </w:rPr>
              <w:t>□</w:t>
            </w:r>
          </w:p>
        </w:tc>
        <w:tc>
          <w:tcPr>
            <w:tcW w:type="dxa" w:w="88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end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Ammeter connects in series; voltmeter connects in parallel.</w:t>
            </w:r>
          </w:p>
        </w:tc>
      </w:tr>
      <w:tr>
        <w:tc>
          <w:tcPr>
            <w:tcW w:type="dxa" w:w="5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shd w:fill="F4F7FB" w:val="clear"/>
            <w:tcBorders>
              <w:start w:val="single" w:sz="6" w:color="C6CED8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197A72"/>
                <w:sz w:val="24"/>
              </w:rPr>
              <w:t>□</w:t>
            </w:r>
          </w:p>
        </w:tc>
        <w:tc>
          <w:tcPr>
            <w:tcW w:type="dxa" w:w="88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shd w:fill="F4F7FB" w:val="clear"/>
            <w:tcBorders>
              <w:end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Never place the ammeter directly across a battery or power source.</w:t>
            </w:r>
          </w:p>
        </w:tc>
      </w:tr>
      <w:tr>
        <w:tc>
          <w:tcPr>
            <w:tcW w:type="dxa" w:w="5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start w:val="single" w:sz="6" w:color="C6CED8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197A72"/>
                <w:sz w:val="24"/>
              </w:rPr>
              <w:t>□</w:t>
            </w:r>
          </w:p>
        </w:tc>
        <w:tc>
          <w:tcPr>
            <w:tcW w:type="dxa" w:w="88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end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Begin on a safe current range and verify the correct meter jack.</w:t>
            </w:r>
          </w:p>
        </w:tc>
      </w:tr>
      <w:tr>
        <w:tc>
          <w:tcPr>
            <w:tcW w:type="dxa" w:w="5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shd w:fill="F4F7FB" w:val="clear"/>
            <w:tcBorders>
              <w:start w:val="single" w:sz="6" w:color="C6CED8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197A72"/>
                <w:sz w:val="24"/>
              </w:rPr>
              <w:t>□</w:t>
            </w:r>
          </w:p>
        </w:tc>
        <w:tc>
          <w:tcPr>
            <w:tcW w:type="dxa" w:w="88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shd w:fill="F4F7FB" w:val="clear"/>
            <w:tcBorders>
              <w:end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Use the instructor-assigned supply and load; do not exceed ratings.</w:t>
            </w:r>
          </w:p>
        </w:tc>
      </w:tr>
      <w:tr>
        <w:tc>
          <w:tcPr>
            <w:tcW w:type="dxa" w:w="5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start w:val="single" w:sz="6" w:color="C6CED8"/>
              <w:bottom w:val="single" w:sz="6" w:color="C6CED8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197A72"/>
                <w:sz w:val="24"/>
              </w:rPr>
              <w:t>□</w:t>
            </w:r>
          </w:p>
        </w:tc>
        <w:tc>
          <w:tcPr>
            <w:tcW w:type="dxa" w:w="88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bottom w:val="single" w:sz="6" w:color="C6CED8"/>
              <w:end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Open the switch between tests and ask for an inspection before power.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/>
          <w:color w:val="5E6B78"/>
          <w:sz w:val="19"/>
        </w:rPr>
        <w:t xml:space="preserve">Student initials: </w:t>
      </w:r>
      <w:r>
        <w:rPr>
          <w:rFonts w:ascii="Calibri" w:hAnsi="Calibri" w:eastAsia="Calibri"/>
          <w:color w:val="1F2937"/>
          <w:sz w:val="19"/>
        </w:rPr>
        <w:t xml:space="preserve">________________    </w:t>
      </w:r>
      <w:r>
        <w:rPr>
          <w:rFonts w:ascii="Calibri" w:hAnsi="Calibri" w:eastAsia="Calibri"/>
          <w:b/>
          <w:color w:val="5E6B78"/>
          <w:sz w:val="19"/>
        </w:rPr>
        <w:t xml:space="preserve">Instructor safety approval: </w:t>
      </w:r>
      <w:r>
        <w:rPr>
          <w:rFonts w:ascii="Calibri" w:hAnsi="Calibri" w:eastAsia="Calibri"/>
          <w:color w:val="1F2937"/>
          <w:sz w:val="19"/>
        </w:rPr>
        <w:t>________________</w:t>
      </w:r>
    </w:p>
    <w:p>
      <w:r>
        <w:br w:type="page"/>
      </w:r>
    </w:p>
    <w:p>
      <w:pPr>
        <w:pStyle w:val="Heading1"/>
        <w:keepNext/>
        <w:spacing w:before="240" w:after="60"/>
      </w:pPr>
      <w:r>
        <w:rPr>
          <w:rFonts w:ascii="Calibri" w:hAnsi="Calibri" w:eastAsia="Calibri"/>
          <w:b/>
          <w:color w:val="2E74B5"/>
          <w:sz w:val="32"/>
        </w:rPr>
        <w:t>LAB 1  |  Meter &amp; Resistor Reality Check</w:t>
      </w:r>
    </w:p>
    <w:p>
      <w:pPr>
        <w:keepNext/>
        <w:spacing w:before="0" w:after="160"/>
      </w:pPr>
      <w:r>
        <w:rPr>
          <w:rFonts w:ascii="Calibri" w:hAnsi="Calibri" w:eastAsia="Calibri"/>
          <w:i/>
          <w:color w:val="5E6B78"/>
          <w:sz w:val="21"/>
        </w:rPr>
        <w:t>Prove your meter setup and component values before energizing a circuit.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c>
          <w:tcPr>
            <w:tcW w:type="dxa" w:w="9360"/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  <w:shd w:fill="F4F7FB" w:val="clear"/>
            <w:tcBorders>
              <w:top w:val="single" w:sz="4" w:color="F4F7FB"/>
              <w:start w:val="single" w:sz="18" w:color="2E74B5"/>
              <w:bottom w:val="single" w:sz="4" w:color="F4F7FB"/>
              <w:end w:val="single" w:sz="4" w:color="F4F7FB"/>
            </w:tcBorders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 w:eastAsia="Calibri"/>
                <w:b/>
                <w:color w:val="1F4D78"/>
                <w:sz w:val="19"/>
              </w:rPr>
              <w:t xml:space="preserve">MATERIALS  </w:t>
            </w:r>
            <w:r>
              <w:rPr>
                <w:rFonts w:ascii="Calibri" w:hAnsi="Calibri" w:eastAsia="Calibri"/>
                <w:color w:val="1F2937"/>
                <w:sz w:val="19"/>
              </w:rPr>
              <w:t>DMM, jumper wires, knife switch, battery holder or 0–5 V supply, four assigned resistors, and safety glasses as directed.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A. Quick Readiness Check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6300"/>
        <w:gridCol w:w="3060"/>
      </w:tblGrid>
      <w:tr>
        <w:tc>
          <w:tcPr>
            <w:tcW w:type="dxa" w:w="63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shd w:fill="F4F7FB" w:val="clear"/>
            <w:tcBorders>
              <w:top w:val="single" w:sz="6" w:color="C6CED8"/>
              <w:start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1. Write the unit for each quantity: voltage = ______; current = ______; resistance = ______.</w:t>
            </w:r>
          </w:p>
        </w:tc>
        <w:tc>
          <w:tcPr>
            <w:tcW w:type="dxa" w:w="30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bottom w:val="single" w:sz="6" w:color="C6CED8"/>
              <w:top w:val="single" w:sz="6" w:color="C6CED8"/>
              <w:end w:val="single" w:sz="6" w:color="C6CED8"/>
            </w:tcBorders>
            <w:shd w:fill="F4F7FB" w:val="clear"/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  <w:tr>
        <w:tc>
          <w:tcPr>
            <w:tcW w:type="dxa" w:w="63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start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2. A 4.5 V source is connected to 330 Ω. Predict current in amperes and milliamperes.</w:t>
            </w:r>
          </w:p>
        </w:tc>
        <w:tc>
          <w:tcPr>
            <w:tcW w:type="dxa" w:w="30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bottom w:val="single" w:sz="6" w:color="C6CED8"/>
              <w:end w:val="single" w:sz="6" w:color="C6CED8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  <w:tr>
        <w:tc>
          <w:tcPr>
            <w:tcW w:type="dxa" w:w="63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shd w:fill="F4F7FB" w:val="clear"/>
            <w:tcBorders>
              <w:start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3. If voltage doubles while resistance stays constant, current will ____________________.</w:t>
            </w:r>
          </w:p>
        </w:tc>
        <w:tc>
          <w:tcPr>
            <w:tcW w:type="dxa" w:w="30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bottom w:val="single" w:sz="6" w:color="C6CED8"/>
              <w:end w:val="single" w:sz="6" w:color="C6CED8"/>
            </w:tcBorders>
            <w:shd w:fill="F4F7FB" w:val="clear"/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  <w:tr>
        <w:tc>
          <w:tcPr>
            <w:tcW w:type="dxa" w:w="63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start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4. If resistance doubles while voltage stays constant, current will ____________________.</w:t>
            </w:r>
          </w:p>
        </w:tc>
        <w:tc>
          <w:tcPr>
            <w:tcW w:type="dxa" w:w="30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bottom w:val="single" w:sz="6" w:color="C6CED8"/>
              <w:end w:val="single" w:sz="6" w:color="C6CED8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  <w:tr>
        <w:tc>
          <w:tcPr>
            <w:tcW w:type="dxa" w:w="630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shd w:fill="F4F7FB" w:val="clear"/>
            <w:tcBorders>
              <w:start w:val="single" w:sz="6" w:color="C6CED8"/>
              <w:bottom w:val="single" w:sz="6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5. Circle the correct rule: resistance is measured with power ON / OFF.</w:t>
            </w:r>
          </w:p>
        </w:tc>
        <w:tc>
          <w:tcPr>
            <w:tcW w:type="dxa" w:w="3060"/>
            <w:vAlign w:val="center"/>
            <w:tcMar>
              <w:top w:w="45" w:type="dxa"/>
              <w:bottom w:w="45" w:type="dxa"/>
              <w:start w:w="120" w:type="dxa"/>
              <w:end w:w="120" w:type="dxa"/>
            </w:tcMar>
            <w:tcBorders>
              <w:bottom w:val="single" w:sz="6" w:color="C6CED8"/>
              <w:end w:val="single" w:sz="6" w:color="C6CED8"/>
            </w:tcBorders>
            <w:shd w:fill="F4F7FB" w:val="clear"/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B. Correct Meter Placement</w:t>
      </w:r>
    </w:p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5029200" cy="1530626"/>
            <wp:docPr id="1" name="Picture 1" descr="Simple DC circuit showing an ammeter connected in series and a voltmeter connected in parallel across the resistor." title="Simple DC circuit showing an ammeter connected in series and a voltmeter connected in parallel across the resisto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ter_place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5306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rPr>
          <w:rFonts w:ascii="Calibri" w:hAnsi="Calibri" w:eastAsia="Calibri"/>
          <w:b/>
          <w:color w:val="9B1C1C"/>
          <w:sz w:val="17"/>
        </w:rPr>
        <w:t>If only one DMM is available, de-energize the circuit before changing the meter mode, jack, or connection.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940"/>
        <w:gridCol w:w="2740"/>
        <w:gridCol w:w="1940"/>
        <w:gridCol w:w="2740"/>
      </w:tblGrid>
      <w:tr>
        <w:tc>
          <w:tcPr>
            <w:tcW w:type="dxa" w:w="19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2E74B5"/>
                <w:sz w:val="16"/>
              </w:rPr>
              <w:t>METER LEADS</w:t>
            </w:r>
          </w:p>
        </w:tc>
        <w:tc>
          <w:tcPr>
            <w:tcW w:type="dxa" w:w="27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7"/>
              </w:rPr>
              <w:t>COM + correct V/Ω or A/mA jack</w:t>
            </w:r>
          </w:p>
        </w:tc>
        <w:tc>
          <w:tcPr>
            <w:tcW w:type="dxa" w:w="19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2E74B5"/>
                <w:sz w:val="16"/>
              </w:rPr>
              <w:t>APPROVAL</w:t>
            </w:r>
          </w:p>
        </w:tc>
        <w:tc>
          <w:tcPr>
            <w:tcW w:type="dxa" w:w="27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7"/>
              </w:rPr>
              <w:t>Instructor initials: ____________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C. Resistor Verification — Power OFF</w:t>
      </w:r>
    </w:p>
    <w:p>
      <w:pPr>
        <w:pStyle w:val="WorksheetSmall"/>
      </w:pPr>
      <w:r>
        <w:rPr>
          <w:rFonts w:ascii="Calibri" w:hAnsi="Calibri" w:eastAsia="Calibri"/>
          <w:color w:val="1F2937"/>
          <w:sz w:val="18"/>
        </w:rPr>
        <w:t>Identify four assigned resistors, calculate each acceptable tolerance range, then compare the DMM reading with the labeled value.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720"/>
        <w:gridCol w:w="1440"/>
        <w:gridCol w:w="1170"/>
        <w:gridCol w:w="990"/>
        <w:gridCol w:w="1890"/>
        <w:gridCol w:w="1440"/>
        <w:gridCol w:w="1710"/>
      </w:tblGrid>
      <w:tr>
        <w:trPr>
          <w:cantSplit/>
          <w:tblHeader w:val="true"/>
        </w:trPr>
        <w:tc>
          <w:tcPr>
            <w:tcW w:type="dxa" w:w="72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44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Color Bands /</w:t>
              <w:br/>
              <w:t>Label</w:t>
            </w:r>
          </w:p>
        </w:tc>
        <w:tc>
          <w:tcPr>
            <w:tcW w:type="dxa" w:w="117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Nominal</w:t>
              <w:br/>
              <w:t>R (Ω)</w:t>
            </w:r>
          </w:p>
        </w:tc>
        <w:tc>
          <w:tcPr>
            <w:tcW w:type="dxa" w:w="99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Tolerance</w:t>
              <w:br/>
              <w:t>(%)</w:t>
            </w:r>
          </w:p>
        </w:tc>
        <w:tc>
          <w:tcPr>
            <w:tcW w:type="dxa" w:w="189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Min–Max</w:t>
              <w:br/>
              <w:t>Acceptable (Ω)</w:t>
            </w:r>
          </w:p>
        </w:tc>
        <w:tc>
          <w:tcPr>
            <w:tcW w:type="dxa" w:w="144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Measured</w:t>
              <w:br/>
              <w:t>R (Ω)</w:t>
            </w:r>
          </w:p>
        </w:tc>
        <w:tc>
          <w:tcPr>
            <w:tcW w:type="dxa" w:w="171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Pass?</w:t>
              <w:br/>
              <w:t>Y / N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A</w:t>
            </w:r>
          </w:p>
        </w:tc>
        <w:tc>
          <w:tcPr>
            <w:tcW w:type="dxa" w:w="144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17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99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89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44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71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B</w:t>
            </w:r>
          </w:p>
        </w:tc>
        <w:tc>
          <w:tcPr>
            <w:tcW w:type="dxa" w:w="144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17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99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89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44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71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C</w:t>
            </w:r>
          </w:p>
        </w:tc>
        <w:tc>
          <w:tcPr>
            <w:tcW w:type="dxa" w:w="144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17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99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89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44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71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D</w:t>
            </w:r>
          </w:p>
        </w:tc>
        <w:tc>
          <w:tcPr>
            <w:tcW w:type="dxa" w:w="144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17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99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89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44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710"/>
            <w:vAlign w:val="center"/>
            <w:tcMar>
              <w:top w:w="50" w:type="dxa"/>
              <w:bottom w:w="5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</w:tbl>
    <w:p>
      <w:pPr>
        <w:spacing w:before="100" w:after="20"/>
      </w:pPr>
      <w:r>
        <w:rPr>
          <w:rFonts w:ascii="Calibri" w:hAnsi="Calibri" w:eastAsia="Calibri"/>
          <w:i/>
          <w:color w:val="5E6B78"/>
          <w:sz w:val="17"/>
        </w:rPr>
        <w:t>Tolerance formula: minimum = nominal × (1 − tolerance); maximum = nominal × (1 + tolerance)</w:t>
      </w:r>
    </w:p>
    <w:p>
      <w:pPr>
        <w:keepNext/>
        <w:keepLines/>
        <w:spacing w:before="20" w:after="40" w:line="259" w:lineRule="auto"/>
      </w:pPr>
      <w:r>
        <w:rPr>
          <w:rFonts w:ascii="Calibri" w:hAnsi="Calibri" w:eastAsia="Calibri"/>
          <w:b/>
          <w:color w:val="197A72"/>
          <w:sz w:val="19"/>
        </w:rPr>
        <w:t xml:space="preserve">EVIDENCE 1. </w:t>
      </w:r>
      <w:r>
        <w:rPr>
          <w:rFonts w:ascii="Calibri" w:hAnsi="Calibri" w:eastAsia="Calibri"/>
          <w:color w:val="1F2937"/>
          <w:sz w:val="19"/>
        </w:rPr>
        <w:t>Which resistor was closest to its nominal value? Support your answer with numbers.</w:t>
      </w:r>
    </w:p>
    <w:p>
      <w:pPr>
        <w:keepNext w:val="0"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keepNext/>
        <w:keepLines/>
        <w:spacing w:before="20" w:after="40" w:line="259" w:lineRule="auto"/>
      </w:pPr>
      <w:r>
        <w:rPr>
          <w:rFonts w:ascii="Calibri" w:hAnsi="Calibri" w:eastAsia="Calibri"/>
          <w:b/>
          <w:color w:val="197A72"/>
          <w:sz w:val="19"/>
        </w:rPr>
        <w:t xml:space="preserve">EVIDENCE 2. </w:t>
      </w:r>
      <w:r>
        <w:rPr>
          <w:rFonts w:ascii="Calibri" w:hAnsi="Calibri" w:eastAsia="Calibri"/>
          <w:color w:val="1F2937"/>
          <w:sz w:val="19"/>
        </w:rPr>
        <w:t>Why can a good resistor measure slightly above or below its labeled value?</w:t>
      </w:r>
    </w:p>
    <w:p>
      <w:pPr>
        <w:keepNext w:val="0"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pStyle w:val="Heading1"/>
        <w:keepNext/>
        <w:spacing w:before="240" w:after="60"/>
      </w:pPr>
      <w:r>
        <w:rPr>
          <w:rFonts w:ascii="Calibri" w:hAnsi="Calibri" w:eastAsia="Calibri"/>
          <w:b/>
          <w:color w:val="2E74B5"/>
          <w:sz w:val="32"/>
        </w:rPr>
        <w:t>LAB 2  |  Voltage Drives Current</w:t>
      </w:r>
    </w:p>
    <w:p>
      <w:pPr>
        <w:keepNext/>
        <w:spacing w:before="0" w:after="160"/>
      </w:pPr>
      <w:r>
        <w:rPr>
          <w:rFonts w:ascii="Calibri" w:hAnsi="Calibri" w:eastAsia="Calibri"/>
          <w:i/>
          <w:color w:val="5E6B78"/>
          <w:sz w:val="21"/>
        </w:rPr>
        <w:t>Change voltage while keeping resistance constant. Record the effect on current.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c>
          <w:tcPr>
            <w:tcW w:type="dxa" w:w="9360"/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  <w:shd w:fill="E6F3F1" w:val="clear"/>
            <w:tcBorders>
              <w:top w:val="single" w:sz="4" w:color="E6F3F1"/>
              <w:start w:val="single" w:sz="18" w:color="197A72"/>
              <w:bottom w:val="single" w:sz="4" w:color="E6F3F1"/>
              <w:end w:val="single" w:sz="4" w:color="E6F3F1"/>
            </w:tcBorders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 w:eastAsia="Calibri"/>
                <w:b/>
                <w:color w:val="1F4D78"/>
                <w:sz w:val="19"/>
              </w:rPr>
              <w:t xml:space="preserve">CONTROLLED VARIABLE  </w:t>
            </w:r>
            <w:r>
              <w:rPr>
                <w:rFonts w:ascii="Calibri" w:hAnsi="Calibri" w:eastAsia="Calibri"/>
                <w:color w:val="1F2937"/>
                <w:sz w:val="19"/>
              </w:rPr>
              <w:t>Use the same resistor for every trial. Recommended: 330 Ω, ¼ W. Record your measured resistor value below.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570"/>
        <w:gridCol w:w="3110"/>
        <w:gridCol w:w="1570"/>
        <w:gridCol w:w="3110"/>
      </w:tblGrid>
      <w:tr>
        <w:trPr>
          <w:cantSplit/>
          <w:tblHeader w:val="true"/>
        </w:trPr>
        <w:tc>
          <w:tcPr>
            <w:tcW w:type="dxa" w:w="157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RESISTOR USED</w:t>
            </w:r>
          </w:p>
        </w:tc>
        <w:tc>
          <w:tcPr>
            <w:tcW w:type="dxa" w:w="31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Nominal: ______ Ω  |  Measured: ______ Ω</w:t>
            </w:r>
          </w:p>
        </w:tc>
        <w:tc>
          <w:tcPr>
            <w:tcW w:type="dxa" w:w="157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VOLTAGE LEVELS</w:t>
            </w:r>
          </w:p>
        </w:tc>
        <w:tc>
          <w:tcPr>
            <w:tcW w:type="dxa" w:w="31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1.5 V, 3.0 V, and 4.5 V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Build &amp; Test</w:t>
      </w:r>
    </w:p>
    <w:p>
      <w:pPr>
        <w:keepNext w:val="0"/>
        <w:keepLines/>
        <w:pageBreakBefore w:val="0"/>
        <w:numPr>
          <w:ilvl w:val="0"/>
          <w:numId w:val="10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Open the switch. Build a series path: source → switch → resistor → ammeter → source.</w:t>
      </w:r>
    </w:p>
    <w:p>
      <w:pPr>
        <w:keepNext w:val="0"/>
        <w:keepLines/>
        <w:pageBreakBefore w:val="0"/>
        <w:numPr>
          <w:ilvl w:val="0"/>
          <w:numId w:val="10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Connect the voltmeter in parallel across the resistor. If using one DMM, take voltage and current readings separately with power OFF between changes.</w:t>
      </w:r>
    </w:p>
    <w:p>
      <w:pPr>
        <w:keepNext w:val="0"/>
        <w:keepLines/>
        <w:pageBreakBefore w:val="0"/>
        <w:numPr>
          <w:ilvl w:val="0"/>
          <w:numId w:val="10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Set the source to 1.5 V. Measure actual voltage. Calculate predicted current before closing the switch.</w:t>
      </w:r>
    </w:p>
    <w:p>
      <w:pPr>
        <w:keepNext w:val="0"/>
        <w:keepLines/>
        <w:pageBreakBefore w:val="0"/>
        <w:numPr>
          <w:ilvl w:val="0"/>
          <w:numId w:val="10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Ask for inspection, close the switch briefly, record current, then open the switch.</w:t>
      </w:r>
    </w:p>
    <w:p>
      <w:pPr>
        <w:keepNext w:val="0"/>
        <w:keepLines/>
        <w:pageBreakBefore w:val="0"/>
        <w:numPr>
          <w:ilvl w:val="0"/>
          <w:numId w:val="10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Repeat at 3.0 V and 4.5 V without changing the resistor.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Data Table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690"/>
        <w:gridCol w:w="1230"/>
        <w:gridCol w:w="1260"/>
        <w:gridCol w:w="1320"/>
        <w:gridCol w:w="1530"/>
        <w:gridCol w:w="1530"/>
        <w:gridCol w:w="1800"/>
      </w:tblGrid>
      <w:tr>
        <w:trPr>
          <w:cantSplit/>
          <w:tblHeader w:val="true"/>
        </w:trPr>
        <w:tc>
          <w:tcPr>
            <w:tcW w:type="dxa" w:w="6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Trial</w:t>
            </w:r>
          </w:p>
        </w:tc>
        <w:tc>
          <w:tcPr>
            <w:tcW w:type="dxa" w:w="12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Source</w:t>
              <w:br/>
              <w:t>Setting</w:t>
            </w:r>
          </w:p>
        </w:tc>
        <w:tc>
          <w:tcPr>
            <w:tcW w:type="dxa" w:w="1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Measured</w:t>
              <w:br/>
              <w:t>V (V)</w:t>
            </w:r>
          </w:p>
        </w:tc>
        <w:tc>
          <w:tcPr>
            <w:tcW w:type="dxa" w:w="13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Measured</w:t>
              <w:br/>
              <w:t>R (Ω)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Predicted</w:t>
              <w:br/>
              <w:t>I (mA)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Measured</w:t>
              <w:br/>
              <w:t>I (mA)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% Error</w:t>
            </w:r>
          </w:p>
        </w:tc>
      </w:tr>
      <w:tr>
        <w:trPr>
          <w:cantSplit/>
        </w:trPr>
        <w:tc>
          <w:tcPr>
            <w:tcW w:type="dxa" w:w="6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1</w:t>
            </w:r>
          </w:p>
        </w:tc>
        <w:tc>
          <w:tcPr>
            <w:tcW w:type="dxa" w:w="12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1.5 V</w:t>
            </w:r>
          </w:p>
        </w:tc>
        <w:tc>
          <w:tcPr>
            <w:tcW w:type="dxa" w:w="1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3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6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2</w:t>
            </w:r>
          </w:p>
        </w:tc>
        <w:tc>
          <w:tcPr>
            <w:tcW w:type="dxa" w:w="12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3.0 V</w:t>
            </w:r>
          </w:p>
        </w:tc>
        <w:tc>
          <w:tcPr>
            <w:tcW w:type="dxa" w:w="1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3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6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3</w:t>
            </w:r>
          </w:p>
        </w:tc>
        <w:tc>
          <w:tcPr>
            <w:tcW w:type="dxa" w:w="12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4.5 V</w:t>
            </w:r>
          </w:p>
        </w:tc>
        <w:tc>
          <w:tcPr>
            <w:tcW w:type="dxa" w:w="1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3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8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Show One Complete Calculation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Predicted current</w:t>
            </w:r>
          </w:p>
        </w:tc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I = V ÷ R = __________ V ÷ __________ Ω = __________ A = __________ mA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% error</w:t>
            </w:r>
          </w:p>
        </w:tc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|__________ − __________| ÷ __________ × 100 = __________ %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Graph &amp; Explain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5349240" cy="2213941"/>
            <wp:docPr id="2" name="Picture 2" descr="Blank graph with voltage on the horizontal axis and current in milliamperes on the vertical axis." title="Blank graph with voltage on the horizontal axis and current in milliamperes on the vertical axi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oltage_current_grap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221394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7"/>
              </w:rPr>
              <w:t>1. Relationship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Circle one:  DIRECT  /  INVERSE  /  NO CLEAR PATTERN</w:t>
            </w:r>
          </w:p>
        </w:tc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7"/>
              </w:rPr>
              <w:t>2. Evidence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When voltage increased from ______ V to ______ V, current changed from ______ mA to ______ mA.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7"/>
              </w:rPr>
              <w:t>3. Prediction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At 6.0 V with the same resistor, predicted current = __________ mA.</w:t>
            </w:r>
          </w:p>
        </w:tc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7"/>
              </w:rPr>
              <w:t>4. Explanation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Describe why your measured values may not exactly match the calculated values.</w:t>
            </w:r>
          </w:p>
        </w:tc>
      </w:tr>
    </w:tbl>
    <w:p>
      <w:pPr>
        <w:pStyle w:val="Heading1"/>
        <w:keepNext/>
        <w:spacing w:before="240" w:after="60"/>
      </w:pPr>
      <w:r>
        <w:rPr>
          <w:rFonts w:ascii="Calibri" w:hAnsi="Calibri" w:eastAsia="Calibri"/>
          <w:b/>
          <w:color w:val="2E74B5"/>
          <w:sz w:val="32"/>
        </w:rPr>
        <w:t>LAB 3  |  Resistance Controls Current</w:t>
      </w:r>
    </w:p>
    <w:p>
      <w:pPr>
        <w:keepNext/>
        <w:spacing w:before="0" w:after="160"/>
      </w:pPr>
      <w:r>
        <w:rPr>
          <w:rFonts w:ascii="Calibri" w:hAnsi="Calibri" w:eastAsia="Calibri"/>
          <w:i/>
          <w:color w:val="5E6B78"/>
          <w:sz w:val="21"/>
        </w:rPr>
        <w:t>Hold voltage steady. Change resistance and observe how current responds.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c>
          <w:tcPr>
            <w:tcW w:type="dxa" w:w="9360"/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  <w:shd w:fill="E6F3F1" w:val="clear"/>
            <w:tcBorders>
              <w:top w:val="single" w:sz="4" w:color="E6F3F1"/>
              <w:start w:val="single" w:sz="18" w:color="197A72"/>
              <w:bottom w:val="single" w:sz="4" w:color="E6F3F1"/>
              <w:end w:val="single" w:sz="4" w:color="E6F3F1"/>
            </w:tcBorders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 w:eastAsia="Calibri"/>
                <w:b/>
                <w:color w:val="1F4D78"/>
                <w:sz w:val="19"/>
              </w:rPr>
              <w:t xml:space="preserve">FIXED SUPPLY  </w:t>
            </w:r>
            <w:r>
              <w:rPr>
                <w:rFonts w:ascii="Calibri" w:hAnsi="Calibri" w:eastAsia="Calibri"/>
                <w:color w:val="1F2937"/>
                <w:sz w:val="19"/>
              </w:rPr>
              <w:t>Use 4.5 V (three AA cells or the instructor-set supply). Use only ¼ W or higher resistors: 220 Ω, 470 Ω, 680 Ω, and 1,000 Ω.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Build &amp; Test</w:t>
      </w:r>
    </w:p>
    <w:p>
      <w:pPr>
        <w:keepNext w:val="0"/>
        <w:keepLines/>
        <w:pageBreakBefore w:val="0"/>
        <w:numPr>
          <w:ilvl w:val="0"/>
          <w:numId w:val="11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Open the switch and install the 220 Ω resistor. Measure its actual resistance with power OFF.</w:t>
      </w:r>
    </w:p>
    <w:p>
      <w:pPr>
        <w:keepNext w:val="0"/>
        <w:keepLines/>
        <w:pageBreakBefore w:val="0"/>
        <w:numPr>
          <w:ilvl w:val="0"/>
          <w:numId w:val="11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Calculate predicted current using the measured supply voltage and measured resistance.</w:t>
      </w:r>
    </w:p>
    <w:p>
      <w:pPr>
        <w:keepNext w:val="0"/>
        <w:keepLines/>
        <w:pageBreakBefore w:val="0"/>
        <w:numPr>
          <w:ilvl w:val="0"/>
          <w:numId w:val="11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Inspect the meter mode and leads. Close the switch briefly, measure current, then open the switch.</w:t>
      </w:r>
    </w:p>
    <w:p>
      <w:pPr>
        <w:keepNext w:val="0"/>
        <w:keepLines/>
        <w:pageBreakBefore w:val="0"/>
        <w:numPr>
          <w:ilvl w:val="0"/>
          <w:numId w:val="11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Repeat with 470 Ω, 680 Ω, and 1,000 Ω. Keep the supply voltage unchanged.</w:t>
      </w:r>
    </w:p>
    <w:p>
      <w:pPr>
        <w:keepNext w:val="0"/>
        <w:keepLines/>
        <w:pageBreakBefore w:val="0"/>
        <w:numPr>
          <w:ilvl w:val="0"/>
          <w:numId w:val="11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Touch components only after power is removed. Report unusual heat immediately.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Data Table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650"/>
        <w:gridCol w:w="1270"/>
        <w:gridCol w:w="1390"/>
        <w:gridCol w:w="1260"/>
        <w:gridCol w:w="1500"/>
        <w:gridCol w:w="1500"/>
        <w:gridCol w:w="1790"/>
      </w:tblGrid>
      <w:tr>
        <w:trPr>
          <w:cantSplit/>
          <w:tblHeader w:val="true"/>
        </w:trPr>
        <w:tc>
          <w:tcPr>
            <w:tcW w:type="dxa" w:w="6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Trial</w:t>
            </w:r>
          </w:p>
        </w:tc>
        <w:tc>
          <w:tcPr>
            <w:tcW w:type="dxa" w:w="127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Resistor</w:t>
              <w:br/>
              <w:t>Label (Ω)</w:t>
            </w:r>
          </w:p>
        </w:tc>
        <w:tc>
          <w:tcPr>
            <w:tcW w:type="dxa" w:w="13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Measured</w:t>
              <w:br/>
              <w:t>R (Ω)</w:t>
            </w:r>
          </w:p>
        </w:tc>
        <w:tc>
          <w:tcPr>
            <w:tcW w:type="dxa" w:w="1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Measured</w:t>
              <w:br/>
              <w:t>V (V)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Predicted</w:t>
              <w:br/>
              <w:t>I (mA)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Measured</w:t>
              <w:br/>
              <w:t>I (mA)</w:t>
            </w:r>
          </w:p>
        </w:tc>
        <w:tc>
          <w:tcPr>
            <w:tcW w:type="dxa" w:w="1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% Error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1</w:t>
            </w:r>
          </w:p>
        </w:tc>
        <w:tc>
          <w:tcPr>
            <w:tcW w:type="dxa" w:w="127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220</w:t>
            </w:r>
          </w:p>
        </w:tc>
        <w:tc>
          <w:tcPr>
            <w:tcW w:type="dxa" w:w="13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2</w:t>
            </w:r>
          </w:p>
        </w:tc>
        <w:tc>
          <w:tcPr>
            <w:tcW w:type="dxa" w:w="127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470</w:t>
            </w:r>
          </w:p>
        </w:tc>
        <w:tc>
          <w:tcPr>
            <w:tcW w:type="dxa" w:w="13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3</w:t>
            </w:r>
          </w:p>
        </w:tc>
        <w:tc>
          <w:tcPr>
            <w:tcW w:type="dxa" w:w="127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680</w:t>
            </w:r>
          </w:p>
        </w:tc>
        <w:tc>
          <w:tcPr>
            <w:tcW w:type="dxa" w:w="13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4</w:t>
            </w:r>
          </w:p>
        </w:tc>
        <w:tc>
          <w:tcPr>
            <w:tcW w:type="dxa" w:w="127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>1,000</w:t>
            </w:r>
          </w:p>
        </w:tc>
        <w:tc>
          <w:tcPr>
            <w:tcW w:type="dxa" w:w="13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2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Show One Complete Calculation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Predicted current</w:t>
            </w:r>
          </w:p>
        </w:tc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I = V ÷ R = __________ V ÷ __________ Ω = __________ A = __________ mA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Resistance check</w:t>
            </w:r>
          </w:p>
        </w:tc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R = V ÷ I = __________ V ÷ __________ A = __________ Ω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Graph &amp; Explain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5349240" cy="2213941"/>
            <wp:docPr id="3" name="Picture 3" descr="Blank graph with resistance in ohms on the horizontal axis and current in milliamperes on the vertical axis." title="Blank graph with resistance in ohms on the horizontal axis and current in milliamperes on the vertical axi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istance_current_grap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221394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7"/>
              </w:rPr>
              <w:t>1. Relationship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Circle one:  DIRECT  /  INVERSE  /  NO CLEAR PATTERN</w:t>
            </w:r>
          </w:p>
        </w:tc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7"/>
              </w:rPr>
              <w:t>2. Rank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Largest current → smallest current: ______ Ω, ______ Ω, ______ Ω, ______ Ω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7"/>
              </w:rPr>
              <w:t>3. Pattern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When resistance increased, current ______________________________________.</w:t>
            </w:r>
          </w:p>
        </w:tc>
        <w:tc>
          <w:tcPr>
            <w:tcW w:type="dxa" w:w="46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7"/>
              </w:rPr>
              <w:t>4. Automotive link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Added resistance from corrosion causes component current to __________ and performance to __________.</w:t>
            </w:r>
          </w:p>
        </w:tc>
      </w:tr>
    </w:tbl>
    <w:p>
      <w:pPr>
        <w:pStyle w:val="Heading1"/>
        <w:keepNext/>
        <w:spacing w:before="240" w:after="60"/>
      </w:pPr>
      <w:r>
        <w:rPr>
          <w:rFonts w:ascii="Calibri" w:hAnsi="Calibri" w:eastAsia="Calibri"/>
          <w:b/>
          <w:color w:val="2E74B5"/>
          <w:sz w:val="32"/>
        </w:rPr>
        <w:t>LAB 4  |  The Miniature Lamp: A Changing Resistance</w:t>
      </w:r>
    </w:p>
    <w:p>
      <w:pPr>
        <w:keepNext/>
        <w:spacing w:before="0" w:after="160"/>
      </w:pPr>
      <w:r>
        <w:rPr>
          <w:rFonts w:ascii="Calibri" w:hAnsi="Calibri" w:eastAsia="Calibri"/>
          <w:i/>
          <w:color w:val="5E6B78"/>
          <w:sz w:val="21"/>
        </w:rPr>
        <w:t>Compare a filament's resistance when it is cold and when it is operating.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c>
          <w:tcPr>
            <w:tcW w:type="dxa" w:w="9360"/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  <w:shd w:fill="FFF4D6" w:val="clear"/>
            <w:tcBorders>
              <w:top w:val="single" w:sz="4" w:color="FFF4D6"/>
              <w:start w:val="single" w:sz="18" w:color="D8A928"/>
              <w:bottom w:val="single" w:sz="4" w:color="FFF4D6"/>
              <w:end w:val="single" w:sz="4" w:color="FFF4D6"/>
            </w:tcBorders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 w:eastAsia="Calibri"/>
                <w:b/>
                <w:color w:val="1F4D78"/>
                <w:sz w:val="19"/>
              </w:rPr>
              <w:t xml:space="preserve">CAUTION  </w:t>
            </w:r>
            <w:r>
              <w:rPr>
                <w:rFonts w:ascii="Calibri" w:hAnsi="Calibri" w:eastAsia="Calibri"/>
                <w:color w:val="1F2937"/>
                <w:sz w:val="19"/>
              </w:rPr>
              <w:t>Use only the instructor-assigned bulb and supply. The bulb rating must match the test voltage. Open the switch if the lamp becomes unusually bright or hot.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A. Cold-Filament Check — Power OFF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6"/>
              </w:rPr>
              <w:t>BULB RATING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________ V / ________ A</w:t>
              <w:br/>
              <w:t>(if marked)</w:t>
            </w:r>
          </w:p>
        </w:tc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6"/>
              </w:rPr>
              <w:t>COLD RESISTANCE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R₍cold₎ = __________ Ω</w:t>
            </w:r>
          </w:p>
        </w:tc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6"/>
              </w:rPr>
              <w:t>METER MODE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Ω  |  Leads removed</w:t>
              <w:br/>
              <w:t>from power source</w:t>
            </w:r>
          </w:p>
        </w:tc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 w:eastAsia="Calibri"/>
                <w:b/>
                <w:color w:val="2E74B5"/>
                <w:sz w:val="16"/>
              </w:rPr>
              <w:t>TEAM CHECK</w:t>
              <w:br/>
            </w:r>
            <w:r>
              <w:rPr>
                <w:rFonts w:ascii="Calibri" w:hAnsi="Calibri" w:eastAsia="Calibri"/>
                <w:color w:val="1F2937"/>
                <w:sz w:val="17"/>
              </w:rPr>
              <w:t>Partner verified</w:t>
              <w:br/>
              <w:t>power OFF:  □ Yes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B. Operating Test</w:t>
      </w:r>
    </w:p>
    <w:p>
      <w:pPr>
        <w:keepNext w:val="0"/>
        <w:keepLines/>
        <w:pageBreakBefore w:val="0"/>
        <w:numPr>
          <w:ilvl w:val="0"/>
          <w:numId w:val="12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Build a series circuit with source → switch → lamp → ammeter → source.</w:t>
      </w:r>
    </w:p>
    <w:p>
      <w:pPr>
        <w:keepNext w:val="0"/>
        <w:keepLines/>
        <w:pageBreakBefore w:val="0"/>
        <w:numPr>
          <w:ilvl w:val="0"/>
          <w:numId w:val="12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Connect the voltmeter in parallel across the lamp, or take voltage and current readings separately with power OFF between meter changes.</w:t>
      </w:r>
    </w:p>
    <w:p>
      <w:pPr>
        <w:keepNext w:val="0"/>
        <w:keepLines/>
        <w:pageBreakBefore w:val="0"/>
        <w:numPr>
          <w:ilvl w:val="0"/>
          <w:numId w:val="12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Predict current using the cold resistance. Mark this prediction as an estimate only.</w:t>
      </w:r>
    </w:p>
    <w:p>
      <w:pPr>
        <w:keepNext w:val="0"/>
        <w:keepLines/>
        <w:pageBreakBefore w:val="0"/>
        <w:numPr>
          <w:ilvl w:val="0"/>
          <w:numId w:val="12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Ask for inspection. Energize the lamp long enough to obtain a steady reading, then open the switch.</w:t>
      </w:r>
    </w:p>
    <w:p>
      <w:pPr>
        <w:keepNext w:val="0"/>
        <w:keepLines/>
        <w:pageBreakBefore w:val="0"/>
        <w:numPr>
          <w:ilvl w:val="0"/>
          <w:numId w:val="12"/>
        </w:numPr>
        <w:spacing w:before="0" w:after="80" w:line="276" w:lineRule="auto"/>
        <w:ind w:left="540" w:hanging="271"/>
      </w:pPr>
      <w:r>
        <w:rPr>
          <w:rFonts w:ascii="Calibri" w:hAnsi="Calibri" w:eastAsia="Calibri"/>
          <w:color w:val="1F2937"/>
          <w:sz w:val="20"/>
        </w:rPr>
        <w:t>Calculate the lamp's operating resistance and power from the measured values.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350"/>
        <w:gridCol w:w="1350"/>
        <w:gridCol w:w="1350"/>
        <w:gridCol w:w="1350"/>
        <w:gridCol w:w="1980"/>
        <w:gridCol w:w="1980"/>
      </w:tblGrid>
      <w:tr>
        <w:trPr>
          <w:cantSplit/>
          <w:tblHeader w:val="true"/>
        </w:trPr>
        <w:tc>
          <w:tcPr>
            <w:tcW w:type="dxa" w:w="1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Supply</w:t>
              <w:br/>
              <w:t>V (V)</w:t>
            </w:r>
          </w:p>
        </w:tc>
        <w:tc>
          <w:tcPr>
            <w:tcW w:type="dxa" w:w="1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Lamp</w:t>
              <w:br/>
              <w:t>V (V)</w:t>
            </w:r>
          </w:p>
        </w:tc>
        <w:tc>
          <w:tcPr>
            <w:tcW w:type="dxa" w:w="1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Current</w:t>
              <w:br/>
              <w:t>I (A)</w:t>
            </w:r>
          </w:p>
        </w:tc>
        <w:tc>
          <w:tcPr>
            <w:tcW w:type="dxa" w:w="1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Current</w:t>
              <w:br/>
              <w:t>I (mA)</w:t>
            </w:r>
          </w:p>
        </w:tc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Calculated Hot</w:t>
              <w:br/>
              <w:t>R = V ÷ I (Ω)</w:t>
            </w:r>
          </w:p>
        </w:tc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Lamp Power</w:t>
              <w:br/>
              <w:t>P = V × I (W)</w:t>
            </w:r>
          </w:p>
        </w:tc>
      </w:tr>
      <w:tr>
        <w:trPr>
          <w:cantSplit/>
        </w:trPr>
        <w:tc>
          <w:tcPr>
            <w:tcW w:type="dxa" w:w="1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35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C. Calculation Workspace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40"/>
        <w:gridCol w:w="7020"/>
      </w:tblGrid>
      <w:tr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Cold-current estimate</w:t>
            </w:r>
          </w:p>
        </w:tc>
        <w:tc>
          <w:tcPr>
            <w:tcW w:type="dxa" w:w="70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I = V ÷ R₍cold₎ = __________ V ÷ __________ Ω = __________ A = __________ mA</w:t>
            </w:r>
          </w:p>
        </w:tc>
      </w:tr>
      <w:tr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Hot resistance</w:t>
            </w:r>
          </w:p>
        </w:tc>
        <w:tc>
          <w:tcPr>
            <w:tcW w:type="dxa" w:w="70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R₍hot₎ = V ÷ I = __________ V ÷ __________ A = __________ Ω</w:t>
            </w:r>
          </w:p>
        </w:tc>
      </w:tr>
      <w:tr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Lamp power</w:t>
            </w:r>
          </w:p>
        </w:tc>
        <w:tc>
          <w:tcPr>
            <w:tcW w:type="dxa" w:w="70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P = V × I = __________ V × __________ A = __________ W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D. Compare &amp; Explain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900"/>
        <w:gridCol w:w="6460"/>
      </w:tblGrid>
      <w:tr>
        <w:tc>
          <w:tcPr>
            <w:tcW w:type="dxa" w:w="2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8"/>
              </w:rPr>
              <w:t>1. Compare values</w:t>
            </w:r>
          </w:p>
        </w:tc>
        <w:tc>
          <w:tcPr>
            <w:tcW w:type="dxa" w:w="64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R₍hot₎ was __________ times R₍cold₎.  (R₍hot₎ ÷ R₍cold₎)</w:t>
            </w:r>
          </w:p>
        </w:tc>
      </w:tr>
      <w:tr>
        <w:tc>
          <w:tcPr>
            <w:tcW w:type="dxa" w:w="2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8"/>
              </w:rPr>
              <w:t>2. Choose the evidence</w:t>
            </w:r>
          </w:p>
        </w:tc>
        <w:tc>
          <w:tcPr>
            <w:tcW w:type="dxa" w:w="64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The filament's resistance:  □ increased  □ decreased  □ stayed constant</w:t>
            </w:r>
          </w:p>
        </w:tc>
      </w:tr>
      <w:tr>
        <w:tc>
          <w:tcPr>
            <w:tcW w:type="dxa" w:w="29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8"/>
              </w:rPr>
              <w:t>3. Explain the physics</w:t>
            </w:r>
          </w:p>
        </w:tc>
        <w:tc>
          <w:tcPr>
            <w:tcW w:type="dxa" w:w="64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As the filament heated, its resistance ________________________, which caused current to ________________________.</w:t>
            </w:r>
          </w:p>
        </w:tc>
      </w:tr>
    </w:tbl>
    <w:p>
      <w:pPr>
        <w:keepNext/>
        <w:keepLines/>
        <w:spacing w:before="20" w:after="40" w:line="259" w:lineRule="auto"/>
      </w:pPr>
      <w:r>
        <w:rPr>
          <w:rFonts w:ascii="Calibri" w:hAnsi="Calibri" w:eastAsia="Calibri"/>
          <w:b/>
          <w:color w:val="197A72"/>
          <w:sz w:val="19"/>
        </w:rPr>
        <w:t xml:space="preserve">CER. </w:t>
      </w:r>
      <w:r>
        <w:rPr>
          <w:rFonts w:ascii="Calibri" w:hAnsi="Calibri" w:eastAsia="Calibri"/>
          <w:color w:val="1F2937"/>
          <w:sz w:val="19"/>
        </w:rPr>
        <w:t>Write one claim, one measured piece of evidence, and one sentence of reasoning showing why an incandescent lamp is not a constant-resistance load.</w:t>
      </w:r>
    </w:p>
    <w:p>
      <w:pPr>
        <w:keepNext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keepNext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keepNext w:val="0"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pStyle w:val="Heading1"/>
        <w:keepNext/>
        <w:spacing w:before="240" w:after="60"/>
      </w:pPr>
      <w:r>
        <w:rPr>
          <w:rFonts w:ascii="Calibri" w:hAnsi="Calibri" w:eastAsia="Calibri"/>
          <w:b/>
          <w:color w:val="2E74B5"/>
          <w:sz w:val="32"/>
        </w:rPr>
        <w:t>CHALLENGE  |  Find the Fault</w:t>
      </w:r>
    </w:p>
    <w:p>
      <w:pPr>
        <w:keepNext/>
        <w:spacing w:before="0" w:after="160"/>
      </w:pPr>
      <w:r>
        <w:rPr>
          <w:rFonts w:ascii="Calibri" w:hAnsi="Calibri" w:eastAsia="Calibri"/>
          <w:i/>
          <w:color w:val="5E6B78"/>
          <w:sz w:val="21"/>
        </w:rPr>
        <w:t>Use expected values, voltage checks, and power-off resistance checks to identify one hidden circuit fault.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c>
          <w:tcPr>
            <w:tcW w:type="dxa" w:w="9360"/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  <w:shd w:fill="FFF4D6" w:val="clear"/>
            <w:tcBorders>
              <w:top w:val="single" w:sz="4" w:color="FFF4D6"/>
              <w:start w:val="single" w:sz="18" w:color="D8A928"/>
              <w:bottom w:val="single" w:sz="4" w:color="FFF4D6"/>
              <w:end w:val="single" w:sz="4" w:color="FFF4D6"/>
            </w:tcBorders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 w:eastAsia="Calibri"/>
                <w:b/>
                <w:color w:val="1F4D78"/>
                <w:sz w:val="19"/>
              </w:rPr>
              <w:t xml:space="preserve">FAULT BANK  </w:t>
            </w:r>
            <w:r>
              <w:rPr>
                <w:rFonts w:ascii="Calibri" w:hAnsi="Calibri" w:eastAsia="Calibri"/>
                <w:color w:val="1F2937"/>
                <w:sz w:val="19"/>
              </w:rPr>
              <w:t>Instructor may install one safe fault: open connection, high-resistance connection, reduced source voltage, incorrect resistor, or loose connection. Do not create your own fault.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1. Establish the Normal Baseline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3120"/>
        <w:gridCol w:w="3120"/>
        <w:gridCol w:w="3120"/>
      </w:tblGrid>
      <w:tr>
        <w:trPr>
          <w:cantSplit/>
        </w:trPr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2E74B5"/>
                <w:sz w:val="15"/>
              </w:rPr>
              <w:t xml:space="preserve">SOURCE  </w:t>
            </w:r>
            <w:r>
              <w:rPr>
                <w:rFonts w:ascii="Calibri" w:hAnsi="Calibri" w:eastAsia="Calibri"/>
                <w:color w:val="1F2937"/>
                <w:sz w:val="16"/>
              </w:rPr>
              <w:t>Expected: ______ V</w:t>
            </w:r>
            <w:r>
              <w:br/>
            </w:r>
            <w:r>
              <w:rPr>
                <w:rFonts w:ascii="Calibri" w:hAnsi="Calibri" w:eastAsia="Calibri"/>
                <w:b/>
                <w:color w:val="2E74B5"/>
                <w:sz w:val="15"/>
              </w:rPr>
              <w:t xml:space="preserve">CURRENT  </w:t>
            </w:r>
            <w:r>
              <w:rPr>
                <w:rFonts w:ascii="Calibri" w:hAnsi="Calibri" w:eastAsia="Calibri"/>
                <w:color w:val="1F2937"/>
                <w:sz w:val="16"/>
              </w:rPr>
              <w:t>Expected: ______ A or ______ mA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2E74B5"/>
                <w:sz w:val="15"/>
              </w:rPr>
              <w:t xml:space="preserve">LOAD  </w:t>
            </w:r>
            <w:r>
              <w:rPr>
                <w:rFonts w:ascii="Calibri" w:hAnsi="Calibri" w:eastAsia="Calibri"/>
                <w:color w:val="1F2937"/>
                <w:sz w:val="16"/>
              </w:rPr>
              <w:t>Component / value: __________________</w:t>
            </w:r>
            <w:r>
              <w:br/>
            </w:r>
            <w:r>
              <w:rPr>
                <w:rFonts w:ascii="Calibri" w:hAnsi="Calibri" w:eastAsia="Calibri"/>
                <w:b/>
                <w:color w:val="2E74B5"/>
                <w:sz w:val="15"/>
              </w:rPr>
              <w:t xml:space="preserve">OPERATION  </w:t>
            </w:r>
            <w:r>
              <w:rPr>
                <w:rFonts w:ascii="Calibri" w:hAnsi="Calibri" w:eastAsia="Calibri"/>
                <w:color w:val="1F2937"/>
                <w:sz w:val="16"/>
              </w:rPr>
              <w:t>Expected behavior: ______________________</w:t>
            </w:r>
          </w:p>
        </w:tc>
        <w:tc>
          <w:tcPr>
            <w:tcW w:type="dxa" w:w="31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2E74B5"/>
                <w:sz w:val="15"/>
              </w:rPr>
              <w:t xml:space="preserve">CALCULATION  </w:t>
            </w:r>
            <w:r>
              <w:rPr>
                <w:rFonts w:ascii="Calibri" w:hAnsi="Calibri" w:eastAsia="Calibri"/>
                <w:color w:val="1F2937"/>
                <w:sz w:val="16"/>
              </w:rPr>
              <w:t>I = V ÷ R = __________________</w:t>
            </w:r>
            <w:r>
              <w:br/>
            </w:r>
            <w:r>
              <w:rPr>
                <w:rFonts w:ascii="Calibri" w:hAnsi="Calibri" w:eastAsia="Calibri"/>
                <w:b/>
                <w:color w:val="2E74B5"/>
                <w:sz w:val="15"/>
              </w:rPr>
              <w:t xml:space="preserve">APPROVAL  </w:t>
            </w:r>
            <w:r>
              <w:rPr>
                <w:rFonts w:ascii="Calibri" w:hAnsi="Calibri" w:eastAsia="Calibri"/>
                <w:color w:val="1F2937"/>
                <w:sz w:val="16"/>
              </w:rPr>
              <w:t>Baseline verified: □ Yes  Initials: ______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2. Record the Symptom Before Touching the Circuit</w:t>
      </w:r>
    </w:p>
    <w:p>
      <w:pPr>
        <w:keepNext/>
        <w:keepLines/>
        <w:spacing w:before="20" w:after="40" w:line="259" w:lineRule="auto"/>
      </w:pPr>
      <w:r>
        <w:rPr>
          <w:rFonts w:ascii="Calibri" w:hAnsi="Calibri" w:eastAsia="Calibri"/>
          <w:b/>
          <w:color w:val="197A72"/>
          <w:sz w:val="19"/>
        </w:rPr>
        <w:t xml:space="preserve">OBSERVE. </w:t>
      </w:r>
      <w:r>
        <w:rPr>
          <w:rFonts w:ascii="Calibri" w:hAnsi="Calibri" w:eastAsia="Calibri"/>
          <w:color w:val="1F2937"/>
          <w:sz w:val="19"/>
        </w:rPr>
        <w:t>What is the circuit doing—or not doing? Be specific.</w:t>
      </w:r>
    </w:p>
    <w:p>
      <w:pPr>
        <w:keepNext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keepNext w:val="0"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keepNext/>
        <w:keepLines/>
        <w:spacing w:before="20" w:after="40" w:line="259" w:lineRule="auto"/>
      </w:pPr>
      <w:r>
        <w:rPr>
          <w:rFonts w:ascii="Calibri" w:hAnsi="Calibri" w:eastAsia="Calibri"/>
          <w:b/>
          <w:color w:val="197A72"/>
          <w:sz w:val="19"/>
        </w:rPr>
        <w:t xml:space="preserve">COMPARE. </w:t>
      </w:r>
      <w:r>
        <w:rPr>
          <w:rFonts w:ascii="Calibri" w:hAnsi="Calibri" w:eastAsia="Calibri"/>
          <w:color w:val="1F2937"/>
          <w:sz w:val="19"/>
        </w:rPr>
        <w:t>How does the symptom differ from the baseline?</w:t>
      </w:r>
    </w:p>
    <w:p>
      <w:pPr>
        <w:keepNext w:val="0"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3. Diagnostic Measurements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980"/>
        <w:gridCol w:w="1530"/>
        <w:gridCol w:w="1530"/>
        <w:gridCol w:w="1530"/>
        <w:gridCol w:w="2790"/>
      </w:tblGrid>
      <w:tr>
        <w:trPr>
          <w:cantSplit/>
          <w:tblHeader w:val="true"/>
        </w:trPr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Check Point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Expected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Measured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Difference</w:t>
            </w:r>
          </w:p>
        </w:tc>
        <w:tc>
          <w:tcPr>
            <w:tcW w:type="dxa" w:w="2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What This Suggests</w:t>
            </w:r>
          </w:p>
        </w:tc>
      </w:tr>
      <w:tr>
        <w:trPr>
          <w:cantSplit/>
        </w:trPr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>Source voltage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2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>Voltage before load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2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>Voltage across load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2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>Voltage after load / ground side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2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>Circuit current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2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</w:tr>
      <w:tr>
        <w:trPr>
          <w:cantSplit/>
        </w:trPr>
        <w:tc>
          <w:tcPr>
            <w:tcW w:type="dxa" w:w="198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>Power-off resistance check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  <w:tc>
          <w:tcPr>
            <w:tcW w:type="dxa" w:w="279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1F2937"/>
                <w:sz w:val="17"/>
              </w:rPr>
            </w:r>
            <w:r>
              <w:rPr>
                <w:rFonts w:ascii="Calibri" w:hAnsi="Calibri" w:eastAsia="Calibri"/>
                <w:b w:val="0"/>
                <w:color w:val="1F2937"/>
                <w:sz w:val="17"/>
              </w:rPr>
              <w:t xml:space="preserve"> 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4. Diagnose, Repair, Verify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40"/>
        <w:gridCol w:w="7020"/>
      </w:tblGrid>
      <w:tr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8"/>
              </w:rPr>
              <w:t>Initial hypothesis</w:t>
            </w:r>
          </w:p>
        </w:tc>
        <w:tc>
          <w:tcPr>
            <w:tcW w:type="dxa" w:w="70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I think the fault is __________________________________ because __________________________________.</w:t>
            </w:r>
          </w:p>
        </w:tc>
      </w:tr>
      <w:tr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8"/>
              </w:rPr>
              <w:t>Root cause found</w:t>
            </w:r>
          </w:p>
        </w:tc>
        <w:tc>
          <w:tcPr>
            <w:tcW w:type="dxa" w:w="70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The actual fault was ______________________________________________________________.</w:t>
            </w:r>
          </w:p>
        </w:tc>
      </w:tr>
      <w:tr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8"/>
              </w:rPr>
              <w:t>Safe correction</w:t>
            </w:r>
          </w:p>
        </w:tc>
        <w:tc>
          <w:tcPr>
            <w:tcW w:type="dxa" w:w="70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We corrected it by ________________________________________________________________.</w:t>
            </w:r>
          </w:p>
        </w:tc>
      </w:tr>
      <w:tr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97A72"/>
                <w:sz w:val="18"/>
              </w:rPr>
              <w:t>Verification</w:t>
            </w:r>
          </w:p>
        </w:tc>
        <w:tc>
          <w:tcPr>
            <w:tcW w:type="dxa" w:w="70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After repair: voltage = ______ V; current = ______; operation = ______________________.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c>
          <w:tcPr>
            <w:tcW w:type="dxa" w:w="9360"/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  <w:shd w:fill="E6F3F1" w:val="clear"/>
            <w:tcBorders>
              <w:top w:val="single" w:sz="4" w:color="E6F3F1"/>
              <w:start w:val="single" w:sz="18" w:color="197A72"/>
              <w:bottom w:val="single" w:sz="4" w:color="E6F3F1"/>
              <w:end w:val="single" w:sz="4" w:color="E6F3F1"/>
            </w:tcBorders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 w:eastAsia="Calibri"/>
                <w:b/>
                <w:color w:val="1F4D78"/>
                <w:sz w:val="19"/>
              </w:rPr>
              <w:t xml:space="preserve">DIAGNOSTIC RULE  </w:t>
            </w:r>
            <w:r>
              <w:rPr>
                <w:rFonts w:ascii="Calibri" w:hAnsi="Calibri" w:eastAsia="Calibri"/>
                <w:color w:val="1F2937"/>
                <w:sz w:val="19"/>
              </w:rPr>
              <w:t>Measure voltage on an energized circuit only when instructed. Measure resistance only with power OFF and the component isolated as directed. Return the meter lead to the V/Ω jack when finished.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p>
      <w:pPr>
        <w:keepNext/>
        <w:keepLines/>
        <w:spacing w:before="20" w:after="40" w:line="259" w:lineRule="auto"/>
      </w:pPr>
      <w:r>
        <w:rPr>
          <w:rFonts w:ascii="Calibri" w:hAnsi="Calibri" w:eastAsia="Calibri"/>
          <w:b/>
          <w:color w:val="197A72"/>
          <w:sz w:val="19"/>
        </w:rPr>
        <w:t xml:space="preserve">CER. </w:t>
      </w:r>
      <w:r>
        <w:rPr>
          <w:rFonts w:ascii="Calibri" w:hAnsi="Calibri" w:eastAsia="Calibri"/>
          <w:color w:val="1F2937"/>
          <w:sz w:val="19"/>
        </w:rPr>
        <w:t>Claim the fault, cite two measurements as evidence, and explain how Ohm's law supports your diagnosis.</w:t>
      </w:r>
    </w:p>
    <w:p>
      <w:pPr>
        <w:keepNext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keepNext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keepNext w:val="0"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pStyle w:val="Heading1"/>
        <w:keepNext/>
        <w:spacing w:before="240" w:after="60"/>
      </w:pPr>
      <w:r>
        <w:rPr>
          <w:rFonts w:ascii="Calibri" w:hAnsi="Calibri" w:eastAsia="Calibri"/>
          <w:b/>
          <w:color w:val="2E74B5"/>
          <w:sz w:val="32"/>
        </w:rPr>
        <w:t>PERFORMANCE TASK  |  Design to a Current Target</w:t>
      </w:r>
    </w:p>
    <w:p>
      <w:pPr>
        <w:keepNext/>
        <w:spacing w:before="0" w:after="160"/>
      </w:pPr>
      <w:r>
        <w:rPr>
          <w:rFonts w:ascii="Calibri" w:hAnsi="Calibri" w:eastAsia="Calibri"/>
          <w:i/>
          <w:color w:val="5E6B78"/>
          <w:sz w:val="21"/>
        </w:rPr>
        <w:t>Use Ohm's law to select resistance, build the circuit, and prove that it meets the target.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c>
          <w:tcPr>
            <w:tcW w:type="dxa" w:w="9360"/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  <w:shd w:fill="E6F3F1" w:val="clear"/>
            <w:tcBorders>
              <w:top w:val="single" w:sz="4" w:color="E6F3F1"/>
              <w:start w:val="single" w:sz="18" w:color="197A72"/>
              <w:bottom w:val="single" w:sz="4" w:color="E6F3F1"/>
              <w:end w:val="single" w:sz="4" w:color="E6F3F1"/>
            </w:tcBorders>
          </w:tcPr>
          <w:p>
            <w:pPr>
              <w:spacing w:before="0" w:after="0" w:line="269" w:lineRule="auto"/>
            </w:pPr>
            <w:r/>
            <w:r>
              <w:rPr>
                <w:rFonts w:ascii="Calibri" w:hAnsi="Calibri" w:eastAsia="Calibri"/>
                <w:b/>
                <w:color w:val="1F4D78"/>
                <w:sz w:val="20"/>
              </w:rPr>
              <w:t xml:space="preserve">DESIGN TARGET  </w:t>
            </w:r>
            <w:r>
              <w:rPr>
                <w:rFonts w:ascii="Calibri" w:hAnsi="Calibri" w:eastAsia="Calibri"/>
                <w:color w:val="1F2937"/>
                <w:sz w:val="20"/>
              </w:rPr>
              <w:t>With a 4.5 V source, create a resistor circuit that draws 8–12 mA. Use only instructor-approved resistors. Series combinations are allowed.</w:t>
            </w:r>
          </w:p>
        </w:tc>
      </w:tr>
    </w:tbl>
    <w:p>
      <w:pPr>
        <w:spacing w:before="0" w:after="0" w:line="40" w:lineRule="exact"/>
      </w:pPr>
      <w:r>
        <w:t xml:space="preserve"> 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1. Plan Before You Build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640"/>
        <w:gridCol w:w="6720"/>
      </w:tblGrid>
      <w:tr>
        <w:tc>
          <w:tcPr>
            <w:tcW w:type="dxa" w:w="26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Available resistor values</w:t>
            </w:r>
          </w:p>
        </w:tc>
        <w:tc>
          <w:tcPr>
            <w:tcW w:type="dxa" w:w="67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26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Chosen value(s)</w:t>
            </w:r>
          </w:p>
        </w:tc>
        <w:tc>
          <w:tcPr>
            <w:tcW w:type="dxa" w:w="67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26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Equivalent resistance</w:t>
            </w:r>
          </w:p>
        </w:tc>
        <w:tc>
          <w:tcPr>
            <w:tcW w:type="dxa" w:w="67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Rₑq = __________________ Ω</w:t>
            </w:r>
          </w:p>
        </w:tc>
      </w:tr>
      <w:tr>
        <w:tc>
          <w:tcPr>
            <w:tcW w:type="dxa" w:w="26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E8EEF5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Predicted current</w:t>
            </w:r>
          </w:p>
        </w:tc>
        <w:tc>
          <w:tcPr>
            <w:tcW w:type="dxa" w:w="67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I = 4.5 V ÷ __________ Ω = __________ A = __________ mA</w:t>
            </w:r>
          </w:p>
        </w:tc>
      </w:tr>
      <w:tr>
        <w:tc>
          <w:tcPr>
            <w:tcW w:type="dxa" w:w="26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b/>
                <w:color w:val="1F4D78"/>
                <w:sz w:val="18"/>
              </w:rPr>
              <w:t>Predicted resistor power</w:t>
            </w:r>
          </w:p>
        </w:tc>
        <w:tc>
          <w:tcPr>
            <w:tcW w:type="dxa" w:w="672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P = V × I = __________ W  |  Rating safe?  □ Yes  □ No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2. Draw &amp; Label Your Circuit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trHeight w:val="1944" w:hRule="atLeast"/>
        </w:trPr>
        <w:tc>
          <w:tcPr>
            <w:tcW w:type="dxa" w:w="9360"/>
            <w:vAlign w:val="center"/>
            <w:tcMar>
              <w:top w:w="120" w:type="dxa"/>
              <w:bottom w:w="120" w:type="dxa"/>
              <w:start w:w="120" w:type="dxa"/>
              <w:end w:w="120" w:type="dxa"/>
            </w:tcMar>
            <w:shd w:fill="FBFCFE" w:val="clear"/>
            <w:tcBorders>
              <w:top w:val="single" w:sz="8" w:color="C6CED8"/>
              <w:start w:val="single" w:sz="8" w:color="C6CED8"/>
              <w:bottom w:val="single" w:sz="8" w:color="C6CED8"/>
              <w:end w:val="single" w:sz="8" w:color="C6CED8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 w:eastAsia="Calibri"/>
                <w:i/>
                <w:color w:val="5E6B78"/>
                <w:sz w:val="17"/>
              </w:rPr>
              <w:t>Draw standard symbols. Label the source, switch, resistor value(s), current direction, ammeter location, and voltage-measurement points.</w:t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5E6B78"/>
          <w:sz w:val="18"/>
        </w:rPr>
        <w:t xml:space="preserve">Instructor build approval: </w:t>
      </w:r>
      <w:r>
        <w:rPr>
          <w:rFonts w:ascii="Calibri" w:hAnsi="Calibri" w:eastAsia="Calibri"/>
          <w:color w:val="1F2937"/>
          <w:sz w:val="18"/>
        </w:rPr>
        <w:t xml:space="preserve">__________________    </w:t>
      </w:r>
      <w:r>
        <w:rPr>
          <w:rFonts w:ascii="Calibri" w:hAnsi="Calibri" w:eastAsia="Calibri"/>
          <w:b/>
          <w:color w:val="5E6B78"/>
          <w:sz w:val="18"/>
        </w:rPr>
        <w:t xml:space="preserve">Partner cross-check: </w:t>
      </w:r>
      <w:r>
        <w:rPr>
          <w:rFonts w:ascii="Calibri" w:hAnsi="Calibri" w:eastAsia="Calibri"/>
          <w:color w:val="1F2937"/>
          <w:sz w:val="18"/>
        </w:rPr>
        <w:t>□ Complete</w:t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3. Build, Measure &amp; Decide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440"/>
        <w:gridCol w:w="1440"/>
        <w:gridCol w:w="1530"/>
        <w:gridCol w:w="1530"/>
        <w:gridCol w:w="1710"/>
        <w:gridCol w:w="1710"/>
      </w:tblGrid>
      <w:tr>
        <w:trPr>
          <w:cantSplit/>
          <w:tblHeader w:val="true"/>
        </w:trPr>
        <w:tc>
          <w:tcPr>
            <w:tcW w:type="dxa" w:w="14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Measured</w:t>
              <w:br/>
              <w:t>V (V)</w:t>
            </w:r>
          </w:p>
        </w:tc>
        <w:tc>
          <w:tcPr>
            <w:tcW w:type="dxa" w:w="14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Measured</w:t>
              <w:br/>
              <w:t>I (mA)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Calculated</w:t>
              <w:br/>
              <w:t>R (Ω)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% Error</w:t>
            </w:r>
          </w:p>
        </w:tc>
        <w:tc>
          <w:tcPr>
            <w:tcW w:type="dxa" w:w="17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Target Met?</w:t>
              <w:br/>
              <w:t>Y / N</w:t>
            </w:r>
          </w:p>
        </w:tc>
        <w:tc>
          <w:tcPr>
            <w:tcW w:type="dxa" w:w="17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  <w:shd w:fill="E8EEF5" w:val="clea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0B2545"/>
                <w:sz w:val="16"/>
              </w:rPr>
            </w:r>
            <w:r>
              <w:rPr>
                <w:rFonts w:ascii="Calibri" w:hAnsi="Calibri" w:eastAsia="Calibri"/>
                <w:b/>
                <w:color w:val="0B2545"/>
                <w:sz w:val="16"/>
              </w:rPr>
              <w:t>Safe &amp; Stable?</w:t>
              <w:br/>
              <w:t>Y / N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4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53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7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  <w:tc>
          <w:tcPr>
            <w:tcW w:type="dxa" w:w="171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1F2937"/>
                <w:sz w:val="18"/>
              </w:rPr>
            </w:r>
            <w:r>
              <w:rPr>
                <w:rFonts w:ascii="Calibri" w:hAnsi="Calibri" w:eastAsia="Calibri"/>
                <w:b w:val="0"/>
                <w:color w:val="1F2937"/>
                <w:sz w:val="18"/>
              </w:rPr>
              <w:t xml:space="preserve"> </w:t>
            </w:r>
          </w:p>
        </w:tc>
      </w:tr>
    </w:tbl>
    <w:p>
      <w:pPr>
        <w:keepNext/>
        <w:keepLines/>
        <w:spacing w:before="20" w:after="40" w:line="259" w:lineRule="auto"/>
      </w:pPr>
      <w:r>
        <w:rPr>
          <w:rFonts w:ascii="Calibri" w:hAnsi="Calibri" w:eastAsia="Calibri"/>
          <w:b/>
          <w:color w:val="197A72"/>
          <w:sz w:val="19"/>
        </w:rPr>
        <w:t xml:space="preserve">DECISION. </w:t>
      </w:r>
      <w:r>
        <w:rPr>
          <w:rFonts w:ascii="Calibri" w:hAnsi="Calibri" w:eastAsia="Calibri"/>
          <w:color w:val="1F2937"/>
          <w:sz w:val="19"/>
        </w:rPr>
        <w:t>Did the circuit meet the target? If not, state the change you would make and support it with Ohm's law.</w:t>
      </w:r>
    </w:p>
    <w:p>
      <w:pPr>
        <w:keepNext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pPr>
        <w:keepNext w:val="0"/>
        <w:spacing w:before="0" w:after="40" w:line="240" w:lineRule="exact"/>
        <w:pBdr>
          <w:bottom w:val="single" w:sz="5" w:space="1" w:color="C6CED8"/>
        </w:pBdr>
      </w:pPr>
      <w:r>
        <w:t xml:space="preserve"> </w:t>
      </w:r>
    </w:p>
    <w:p>
      <w:r>
        <w:br w:type="page"/>
      </w:r>
    </w:p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Exit Ticket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6400"/>
        <w:gridCol w:w="2960"/>
      </w:tblGrid>
      <w:tr>
        <w:tc>
          <w:tcPr>
            <w:tcW w:type="dxa" w:w="6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1. A 12 V circuit has 6 Ω total resistance. Current = ____________________.</w:t>
            </w:r>
          </w:p>
        </w:tc>
        <w:tc>
          <w:tcPr>
            <w:tcW w:type="dxa" w:w="2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  <w:tr>
        <w:tc>
          <w:tcPr>
            <w:tcW w:type="dxa" w:w="6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2. A component has 5 V across it and 0.020 A through it. Resistance = ____________________.</w:t>
            </w:r>
          </w:p>
        </w:tc>
        <w:tc>
          <w:tcPr>
            <w:tcW w:type="dxa" w:w="2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  <w:tr>
        <w:tc>
          <w:tcPr>
            <w:tcW w:type="dxa" w:w="6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3. At constant voltage, increasing resistance causes current to ____________________.</w:t>
            </w:r>
          </w:p>
        </w:tc>
        <w:tc>
          <w:tcPr>
            <w:tcW w:type="dxa" w:w="2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  <w:tr>
        <w:tc>
          <w:tcPr>
            <w:tcW w:type="dxa" w:w="6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4. Why must an ammeter never be connected directly across a source?</w:t>
            </w:r>
          </w:p>
        </w:tc>
        <w:tc>
          <w:tcPr>
            <w:tcW w:type="dxa" w:w="2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  <w:tr>
        <w:tc>
          <w:tcPr>
            <w:tcW w:type="dxa" w:w="64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8"/>
              </w:rPr>
              <w:t>5. Write one sentence using your own data that proves Ohm's law.</w:t>
            </w:r>
          </w:p>
        </w:tc>
        <w:tc>
          <w:tcPr>
            <w:tcW w:type="dxa" w:w="296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6" w:space="0" w:color="C6CED8"/>
              <w:start w:val="single" w:sz="6" w:space="0" w:color="C6CED8"/>
              <w:bottom w:val="single" w:sz="6" w:space="0" w:color="C6CED8"/>
              <w:end w:val="single" w:sz="6" w:space="0" w:color="C6CED8"/>
            </w:tcBorders>
          </w:tcPr>
          <w:p>
            <w:pPr>
              <w:spacing w:before="0" w:after="0"/>
            </w:pPr>
            <w:r/>
            <w:r>
              <w:t xml:space="preserve"> 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Calibri" w:hAnsi="Calibri" w:eastAsia="Calibri"/>
          <w:b/>
          <w:color w:val="1F4D78"/>
          <w:sz w:val="25"/>
        </w:rPr>
        <w:t>Cleanup &amp; Submission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7"/>
              </w:rPr>
              <w:t>□ Switch open / power OFF</w:t>
            </w:r>
          </w:p>
        </w:tc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7"/>
              </w:rPr>
              <w:t>□ Meter lead returned to V/Ω</w:t>
            </w:r>
          </w:p>
        </w:tc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7"/>
              </w:rPr>
              <w:t>□ Components sorted</w:t>
            </w:r>
          </w:p>
        </w:tc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7"/>
              </w:rPr>
              <w:t>□ Work area clean</w:t>
            </w:r>
          </w:p>
        </w:tc>
      </w:tr>
      <w:tr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7"/>
              </w:rPr>
              <w:t>□ All tables complete</w:t>
            </w:r>
          </w:p>
        </w:tc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7"/>
              </w:rPr>
              <w:t>□ Units shown</w:t>
            </w:r>
          </w:p>
        </w:tc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shd w:fill="F4F7FB" w:val="clear"/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7"/>
              </w:rPr>
              <w:t>□ Partner names listed</w:t>
            </w:r>
          </w:p>
        </w:tc>
        <w:tc>
          <w:tcPr>
            <w:tcW w:type="dxa" w:w="234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  <w:tcBorders>
              <w:top w:val="single" w:sz="10" w:space="0" w:color="FFFFFF"/>
              <w:start w:val="single" w:sz="10" w:space="0" w:color="FFFFFF"/>
              <w:bottom w:val="single" w:sz="10" w:space="0" w:color="FFFFFF"/>
              <w:end w:val="single" w:sz="10" w:space="0" w:color="FFFFFF"/>
            </w:tcBorders>
          </w:tcPr>
          <w:p>
            <w:pPr>
              <w:spacing w:before="0" w:after="0"/>
            </w:pPr>
            <w:r/>
            <w:r>
              <w:rPr>
                <w:rFonts w:ascii="Calibri" w:hAnsi="Calibri" w:eastAsia="Calibri"/>
                <w:color w:val="1F2937"/>
                <w:sz w:val="17"/>
              </w:rPr>
              <w:t>□ Worksheet submitted</w:t>
            </w:r>
          </w:p>
        </w:tc>
      </w:tr>
    </w:tbl>
    <w:p>
      <w:pPr>
        <w:spacing w:before="120" w:after="0"/>
        <w:jc w:val="right"/>
      </w:pPr>
      <w:r>
        <w:rPr>
          <w:rFonts w:ascii="Calibri" w:hAnsi="Calibri" w:eastAsia="Calibri"/>
          <w:b/>
          <w:color w:val="5E6B78"/>
          <w:sz w:val="21"/>
        </w:rPr>
        <w:t xml:space="preserve">Instructor score: </w:t>
      </w:r>
      <w:r>
        <w:rPr>
          <w:rFonts w:ascii="Calibri" w:hAnsi="Calibri" w:eastAsia="Calibri"/>
          <w:b/>
          <w:color w:val="0B2545"/>
          <w:sz w:val="24"/>
        </w:rPr>
        <w:t>________ / 100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0" w:after="0"/>
    </w:pPr>
    <w:r/>
    <w:r>
      <w:rPr>
        <w:rFonts w:ascii="Calibri" w:hAnsi="Calibri" w:eastAsia="Calibri"/>
        <w:color w:val="5E6B78"/>
        <w:sz w:val="17"/>
      </w:rPr>
      <w:t>Ohm's Law Hands-On Student Worksheet</w:t>
    </w:r>
    <w:r>
      <w:rPr>
        <w:rFonts w:ascii="Calibri" w:hAnsi="Calibri" w:eastAsia="Calibri"/>
        <w:color w:val="5E6B78"/>
        <w:sz w:val="17"/>
      </w:rPr>
      <w:tab/>
      <w:t xml:space="preserve">Page </w:t>
    </w:r>
    <w:r>
      <w:rPr>
        <w:rFonts w:ascii="Calibri" w:hAnsi="Calibri" w:eastAsia="Calibri"/>
        <w:color w:val="5E6B78"/>
        <w:sz w:val="17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 w:eastAsia="Calibri"/>
        <w:color w:val="5E6B78"/>
        <w:sz w:val="17"/>
      </w:rPr>
      <w:t xml:space="preserve"> of </w:t>
    </w:r>
    <w:r>
      <w:rPr>
        <w:rFonts w:ascii="Calibri" w:hAnsi="Calibri" w:eastAsia="Calibri"/>
        <w:color w:val="5E6B78"/>
        <w:sz w:val="17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before="0" w:after="0"/>
    </w:pPr>
    <w:r/>
    <w:r>
      <w:rPr>
        <w:rFonts w:ascii="Calibri" w:hAnsi="Calibri" w:eastAsia="Calibri"/>
        <w:b/>
        <w:color w:val="5E6B78"/>
        <w:sz w:val="17"/>
      </w:rPr>
      <w:t>AUTOMOTIVE ELECTRICAL  |  HANDS-ON LAB</w:t>
    </w:r>
    <w:r>
      <w:rPr>
        <w:rFonts w:ascii="Calibri" w:hAnsi="Calibri" w:eastAsia="Calibri"/>
        <w:b/>
        <w:color w:val="2E74B5"/>
        <w:sz w:val="17"/>
      </w:rPr>
      <w:tab/>
      <w:t>OHM'S LAW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orksheetSmall">
    <w:name w:val="Worksheet Small"/>
    <w:pPr>
      <w:spacing w:before="0" w:after="60" w:line="259" w:lineRule="auto"/>
    </w:pPr>
    <w:rPr>
      <w:rFonts w:ascii="Calibri" w:hAnsi="Calibri"/>
      <w:color w:val="1F293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Ohm's Law Hands-On Student Worksheet</dc:title>
  <dc:subject>Hands-on automotive electrical lab worksheet</dc:subject>
  <dc:creator>OpenAI</dc:creator>
  <cp:keywords>Ohm's law, electrical, student worksheet, hands-on lab, automotive</cp:keywords>
  <dc:description>Classroom-ready student lab packet.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