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71231" cy="97980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71231" cy="97980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71231" cy="979806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71231" cy="97980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71231" cy="979806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71231" cy="97980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571231" cy="979806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71231" cy="979806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" w:right="144" w:bottom="144" w:left="14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Switches Class Worksheet and Labsheet - Print Master</dc:title>
  <dc:subject>Four-page duplex student packet</dc:subject>
  <dc:creator>EES-101 Electrical Fundamentals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